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657FE" w14:textId="77777777" w:rsidR="00F10955" w:rsidRDefault="00000000">
      <w:pPr>
        <w:spacing w:before="60" w:after="60"/>
        <w:jc w:val="center"/>
      </w:pPr>
      <w:r>
        <w:rPr>
          <w:b/>
          <w:color w:val="146C75"/>
          <w:sz w:val="22"/>
        </w:rPr>
        <w:t>FICHA DE INSCRIPCIÓN</w:t>
      </w:r>
    </w:p>
    <w:p w14:paraId="0E6A67BE" w14:textId="77777777" w:rsidR="00F10955" w:rsidRDefault="00000000">
      <w:pPr>
        <w:spacing w:after="40" w:line="240" w:lineRule="auto"/>
        <w:jc w:val="center"/>
      </w:pPr>
      <w:r>
        <w:rPr>
          <w:b/>
          <w:color w:val="0B2545"/>
          <w:sz w:val="38"/>
        </w:rPr>
        <w:t>SEMINARIO INTERNACIONAL</w:t>
      </w:r>
    </w:p>
    <w:p w14:paraId="231AADE8" w14:textId="77777777" w:rsidR="00F10955" w:rsidRDefault="00000000">
      <w:pPr>
        <w:spacing w:after="80" w:line="240" w:lineRule="auto"/>
        <w:jc w:val="center"/>
      </w:pPr>
      <w:r>
        <w:rPr>
          <w:b/>
          <w:color w:val="146C75"/>
          <w:sz w:val="32"/>
        </w:rPr>
        <w:t>Liderar la Calidad Educativa</w:t>
      </w:r>
    </w:p>
    <w:p w14:paraId="518E6229" w14:textId="57D43272" w:rsidR="00F10955" w:rsidRDefault="00000000">
      <w:pPr>
        <w:spacing w:after="140"/>
        <w:jc w:val="center"/>
      </w:pPr>
      <w:r>
        <w:rPr>
          <w:b/>
          <w:color w:val="5D6870"/>
          <w:sz w:val="20"/>
        </w:rPr>
        <w:t xml:space="preserve">11 y 12 de noviembre de </w:t>
      </w:r>
      <w:proofErr w:type="gramStart"/>
      <w:r>
        <w:rPr>
          <w:b/>
          <w:color w:val="5D6870"/>
          <w:sz w:val="20"/>
        </w:rPr>
        <w:t>2026  |</w:t>
      </w:r>
      <w:proofErr w:type="gramEnd"/>
      <w:r>
        <w:rPr>
          <w:b/>
          <w:color w:val="5D6870"/>
          <w:sz w:val="20"/>
        </w:rPr>
        <w:t xml:space="preserve">  09:00 </w:t>
      </w:r>
      <w:proofErr w:type="gramStart"/>
      <w:r>
        <w:rPr>
          <w:b/>
          <w:color w:val="5D6870"/>
          <w:sz w:val="20"/>
        </w:rPr>
        <w:t>a</w:t>
      </w:r>
      <w:proofErr w:type="gramEnd"/>
      <w:r>
        <w:rPr>
          <w:b/>
          <w:color w:val="5D6870"/>
          <w:sz w:val="20"/>
        </w:rPr>
        <w:t xml:space="preserve"> 18:00 horas</w:t>
      </w:r>
      <w:r>
        <w:rPr>
          <w:b/>
          <w:color w:val="5D6870"/>
          <w:sz w:val="20"/>
        </w:rPr>
        <w:br/>
        <w:t>Aula Magna</w:t>
      </w:r>
      <w:r w:rsidR="00AA2A96">
        <w:rPr>
          <w:b/>
          <w:color w:val="5D6870"/>
          <w:sz w:val="20"/>
        </w:rPr>
        <w:t xml:space="preserve">, ex </w:t>
      </w:r>
      <w:r>
        <w:rPr>
          <w:b/>
          <w:color w:val="5D6870"/>
          <w:sz w:val="20"/>
        </w:rPr>
        <w:t xml:space="preserve">UCSC, </w:t>
      </w:r>
      <w:proofErr w:type="spellStart"/>
      <w:r w:rsidR="00AA2A96">
        <w:rPr>
          <w:b/>
          <w:color w:val="5D6870"/>
          <w:sz w:val="20"/>
        </w:rPr>
        <w:t>Caupolicán</w:t>
      </w:r>
      <w:proofErr w:type="spellEnd"/>
      <w:r w:rsidR="00AA2A96">
        <w:rPr>
          <w:b/>
          <w:color w:val="5D6870"/>
          <w:sz w:val="20"/>
        </w:rPr>
        <w:t xml:space="preserve"> 45</w:t>
      </w:r>
      <w:r w:rsidR="002619ED">
        <w:rPr>
          <w:b/>
          <w:color w:val="5D6870"/>
          <w:sz w:val="20"/>
        </w:rPr>
        <w:t>9</w:t>
      </w:r>
      <w:r w:rsidR="00AA2A96">
        <w:rPr>
          <w:b/>
          <w:color w:val="5D6870"/>
          <w:sz w:val="20"/>
        </w:rPr>
        <w:t xml:space="preserve">, </w:t>
      </w:r>
      <w:r>
        <w:rPr>
          <w:b/>
          <w:color w:val="5D6870"/>
          <w:sz w:val="20"/>
        </w:rPr>
        <w:t>Concepción</w:t>
      </w:r>
    </w:p>
    <w:tbl>
      <w:tblPr>
        <w:tblW w:w="103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320"/>
        <w:gridCol w:w="3024"/>
        <w:gridCol w:w="3024"/>
      </w:tblGrid>
      <w:tr w:rsidR="00F10955" w14:paraId="0651784F" w14:textId="77777777">
        <w:trPr>
          <w:cantSplit/>
          <w:tblHeader/>
        </w:trPr>
        <w:tc>
          <w:tcPr>
            <w:tcW w:w="10368" w:type="dxa"/>
            <w:gridSpan w:val="3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146C7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588E21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PREVENTA HASTA EL 25 DE SEPTIEMBRE DE 2026</w:t>
            </w:r>
          </w:p>
        </w:tc>
      </w:tr>
      <w:tr w:rsidR="00F10955" w14:paraId="5020BB58" w14:textId="77777777">
        <w:trPr>
          <w:cantSplit/>
        </w:trPr>
        <w:tc>
          <w:tcPr>
            <w:tcW w:w="4320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EAF2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812CE3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0B2545"/>
                <w:sz w:val="18"/>
              </w:rPr>
              <w:t>Tipo de acceso</w:t>
            </w:r>
          </w:p>
        </w:tc>
        <w:tc>
          <w:tcPr>
            <w:tcW w:w="302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EAF2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A3F787" w14:textId="6A7F6558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0B2545"/>
                <w:sz w:val="18"/>
              </w:rPr>
              <w:t xml:space="preserve">Valor </w:t>
            </w:r>
            <w:proofErr w:type="spellStart"/>
            <w:r>
              <w:rPr>
                <w:b/>
                <w:color w:val="0B2545"/>
                <w:sz w:val="18"/>
              </w:rPr>
              <w:t>preventa</w:t>
            </w:r>
            <w:proofErr w:type="spellEnd"/>
            <w:r w:rsidR="002619ED">
              <w:rPr>
                <w:b/>
                <w:color w:val="0B2545"/>
                <w:sz w:val="18"/>
              </w:rPr>
              <w:t xml:space="preserve"> (o </w:t>
            </w:r>
            <w:proofErr w:type="spellStart"/>
            <w:r w:rsidR="002619ED">
              <w:rPr>
                <w:b/>
                <w:color w:val="0B2545"/>
                <w:sz w:val="18"/>
              </w:rPr>
              <w:t>Decto</w:t>
            </w:r>
            <w:proofErr w:type="spellEnd"/>
            <w:r w:rsidR="002619ED">
              <w:rPr>
                <w:b/>
                <w:color w:val="0B2545"/>
                <w:sz w:val="18"/>
              </w:rPr>
              <w:t xml:space="preserve">) </w:t>
            </w:r>
          </w:p>
        </w:tc>
        <w:tc>
          <w:tcPr>
            <w:tcW w:w="302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EAF2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5BC1A4" w14:textId="374B87E4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0B2545"/>
                <w:sz w:val="18"/>
              </w:rPr>
              <w:t xml:space="preserve">Valor regular </w:t>
            </w:r>
          </w:p>
        </w:tc>
      </w:tr>
      <w:tr w:rsidR="00F10955" w14:paraId="15BBB916" w14:textId="77777777">
        <w:trPr>
          <w:cantSplit/>
        </w:trPr>
        <w:tc>
          <w:tcPr>
            <w:tcW w:w="4320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C00819" w14:textId="77777777" w:rsidR="00F10955" w:rsidRDefault="00000000">
            <w:pPr>
              <w:spacing w:after="0" w:line="240" w:lineRule="auto"/>
            </w:pPr>
            <w:r>
              <w:rPr>
                <w:sz w:val="18"/>
              </w:rPr>
              <w:t>Jornada 1 - Liderazgo directivo</w:t>
            </w:r>
          </w:p>
        </w:tc>
        <w:tc>
          <w:tcPr>
            <w:tcW w:w="302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03547C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0B2545"/>
                <w:sz w:val="18"/>
              </w:rPr>
              <w:t>$80.000 p/p</w:t>
            </w:r>
          </w:p>
        </w:tc>
        <w:tc>
          <w:tcPr>
            <w:tcW w:w="302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CD1C18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0B2545"/>
                <w:sz w:val="18"/>
              </w:rPr>
              <w:t>$120.000 p/p</w:t>
            </w:r>
          </w:p>
        </w:tc>
      </w:tr>
      <w:tr w:rsidR="00F10955" w14:paraId="07161B12" w14:textId="77777777">
        <w:trPr>
          <w:cantSplit/>
        </w:trPr>
        <w:tc>
          <w:tcPr>
            <w:tcW w:w="4320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B837D7" w14:textId="77777777" w:rsidR="00F10955" w:rsidRDefault="00000000">
            <w:pPr>
              <w:spacing w:after="0" w:line="240" w:lineRule="auto"/>
            </w:pPr>
            <w:r>
              <w:rPr>
                <w:sz w:val="18"/>
              </w:rPr>
              <w:t>Jornada 2 - Liderazgos intermedios</w:t>
            </w:r>
          </w:p>
        </w:tc>
        <w:tc>
          <w:tcPr>
            <w:tcW w:w="302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430B71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0B2545"/>
                <w:sz w:val="18"/>
              </w:rPr>
              <w:t>$80.000 p/p</w:t>
            </w:r>
          </w:p>
        </w:tc>
        <w:tc>
          <w:tcPr>
            <w:tcW w:w="302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1AF42C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0B2545"/>
                <w:sz w:val="18"/>
              </w:rPr>
              <w:t>$120.000 p/p</w:t>
            </w:r>
          </w:p>
        </w:tc>
      </w:tr>
      <w:tr w:rsidR="00F10955" w14:paraId="0801C8AA" w14:textId="77777777">
        <w:trPr>
          <w:cantSplit/>
        </w:trPr>
        <w:tc>
          <w:tcPr>
            <w:tcW w:w="4320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194845" w14:textId="77777777" w:rsidR="00F10955" w:rsidRDefault="00000000">
            <w:pPr>
              <w:spacing w:after="0" w:line="240" w:lineRule="auto"/>
            </w:pPr>
            <w:r>
              <w:rPr>
                <w:sz w:val="18"/>
              </w:rPr>
              <w:t>Pack completo - ambas jornadas</w:t>
            </w:r>
          </w:p>
        </w:tc>
        <w:tc>
          <w:tcPr>
            <w:tcW w:w="302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F66AE3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0B2545"/>
                <w:sz w:val="18"/>
              </w:rPr>
              <w:t>$140.000 p/p</w:t>
            </w:r>
          </w:p>
        </w:tc>
        <w:tc>
          <w:tcPr>
            <w:tcW w:w="302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6F6EFE" w14:textId="4D186269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0B2545"/>
                <w:sz w:val="18"/>
              </w:rPr>
              <w:t>$1</w:t>
            </w:r>
            <w:r w:rsidR="002619ED">
              <w:rPr>
                <w:b/>
                <w:color w:val="0B2545"/>
                <w:sz w:val="18"/>
              </w:rPr>
              <w:t>8</w:t>
            </w:r>
            <w:r>
              <w:rPr>
                <w:b/>
                <w:color w:val="0B2545"/>
                <w:sz w:val="18"/>
              </w:rPr>
              <w:t>0.000 p/p</w:t>
            </w:r>
          </w:p>
        </w:tc>
      </w:tr>
    </w:tbl>
    <w:p w14:paraId="477BD2B0" w14:textId="2713231C" w:rsidR="00F10955" w:rsidRDefault="00000000">
      <w:pPr>
        <w:spacing w:before="60" w:after="40"/>
        <w:jc w:val="center"/>
      </w:pPr>
      <w:r>
        <w:rPr>
          <w:i/>
          <w:color w:val="5D6870"/>
          <w:sz w:val="17"/>
        </w:rPr>
        <w:t xml:space="preserve">Para conservar el valor preventa, el </w:t>
      </w:r>
      <w:proofErr w:type="spellStart"/>
      <w:r>
        <w:rPr>
          <w:i/>
          <w:color w:val="5D6870"/>
          <w:sz w:val="17"/>
        </w:rPr>
        <w:t>pago</w:t>
      </w:r>
      <w:proofErr w:type="spellEnd"/>
      <w:r>
        <w:rPr>
          <w:i/>
          <w:color w:val="5D6870"/>
          <w:sz w:val="17"/>
        </w:rPr>
        <w:t xml:space="preserve"> o la </w:t>
      </w:r>
      <w:proofErr w:type="spellStart"/>
      <w:r>
        <w:rPr>
          <w:i/>
          <w:color w:val="5D6870"/>
          <w:sz w:val="17"/>
        </w:rPr>
        <w:t>orden</w:t>
      </w:r>
      <w:proofErr w:type="spellEnd"/>
      <w:r>
        <w:rPr>
          <w:i/>
          <w:color w:val="5D6870"/>
          <w:sz w:val="17"/>
        </w:rPr>
        <w:t xml:space="preserve"> de </w:t>
      </w:r>
      <w:proofErr w:type="spellStart"/>
      <w:r>
        <w:rPr>
          <w:i/>
          <w:color w:val="5D6870"/>
          <w:sz w:val="17"/>
        </w:rPr>
        <w:t>compr</w:t>
      </w:r>
      <w:r w:rsidR="00A36851">
        <w:rPr>
          <w:i/>
          <w:color w:val="5D6870"/>
          <w:sz w:val="17"/>
        </w:rPr>
        <w:t>a</w:t>
      </w:r>
      <w:proofErr w:type="spellEnd"/>
      <w:r w:rsidR="00A36851">
        <w:rPr>
          <w:i/>
          <w:color w:val="5D6870"/>
          <w:sz w:val="17"/>
        </w:rPr>
        <w:t xml:space="preserve"> </w:t>
      </w:r>
      <w:proofErr w:type="spellStart"/>
      <w:r w:rsidR="00A36851">
        <w:rPr>
          <w:i/>
          <w:color w:val="5D6870"/>
          <w:sz w:val="17"/>
        </w:rPr>
        <w:t>debe</w:t>
      </w:r>
      <w:proofErr w:type="spellEnd"/>
      <w:r w:rsidR="00A36851">
        <w:rPr>
          <w:i/>
          <w:color w:val="5D6870"/>
          <w:sz w:val="17"/>
        </w:rPr>
        <w:t xml:space="preserve"> </w:t>
      </w:r>
      <w:proofErr w:type="spellStart"/>
      <w:r w:rsidR="00A36851">
        <w:rPr>
          <w:i/>
          <w:color w:val="5D6870"/>
          <w:sz w:val="17"/>
        </w:rPr>
        <w:t>indicar</w:t>
      </w:r>
      <w:proofErr w:type="spellEnd"/>
      <w:r w:rsidR="00A36851">
        <w:rPr>
          <w:i/>
          <w:color w:val="5D6870"/>
          <w:sz w:val="17"/>
        </w:rPr>
        <w:t xml:space="preserve"> </w:t>
      </w:r>
      <w:proofErr w:type="spellStart"/>
      <w:r w:rsidR="00A36851">
        <w:rPr>
          <w:i/>
          <w:color w:val="5D6870"/>
          <w:sz w:val="17"/>
        </w:rPr>
        <w:t>descuento</w:t>
      </w:r>
      <w:proofErr w:type="spellEnd"/>
      <w:r w:rsidR="00A36851">
        <w:rPr>
          <w:i/>
          <w:color w:val="5D6870"/>
          <w:sz w:val="17"/>
        </w:rPr>
        <w:t xml:space="preserve"> especial o </w:t>
      </w:r>
      <w:proofErr w:type="spellStart"/>
      <w:r w:rsidR="00A36851">
        <w:rPr>
          <w:i/>
          <w:color w:val="5D6870"/>
          <w:sz w:val="17"/>
        </w:rPr>
        <w:t>indicar</w:t>
      </w:r>
      <w:proofErr w:type="spellEnd"/>
      <w:r w:rsidR="00A36851">
        <w:rPr>
          <w:i/>
          <w:color w:val="5D6870"/>
          <w:sz w:val="17"/>
        </w:rPr>
        <w:t xml:space="preserve"> Código </w:t>
      </w:r>
      <w:proofErr w:type="spellStart"/>
      <w:r w:rsidR="00A36851">
        <w:rPr>
          <w:i/>
          <w:color w:val="5D6870"/>
          <w:sz w:val="17"/>
        </w:rPr>
        <w:t>enviado</w:t>
      </w:r>
      <w:proofErr w:type="spellEnd"/>
      <w:r w:rsidR="00A36851">
        <w:rPr>
          <w:i/>
          <w:color w:val="5D6870"/>
          <w:sz w:val="17"/>
        </w:rPr>
        <w:t xml:space="preserve"> </w:t>
      </w:r>
    </w:p>
    <w:p w14:paraId="744E8BDB" w14:textId="77777777" w:rsidR="00F10955" w:rsidRDefault="00000000">
      <w:pPr>
        <w:pStyle w:val="Ttulo1"/>
        <w:spacing w:line="240" w:lineRule="auto"/>
      </w:pPr>
      <w:r>
        <w:rPr>
          <w:rFonts w:ascii="Calibri" w:hAnsi="Calibri"/>
        </w:rPr>
        <w:t>1. Tipo de inscripción y responsable</w:t>
      </w:r>
    </w:p>
    <w:tbl>
      <w:tblPr>
        <w:tblW w:w="103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77"/>
        <w:gridCol w:w="2707"/>
        <w:gridCol w:w="5184"/>
      </w:tblGrid>
      <w:tr w:rsidR="00F10955" w14:paraId="4E1C2AA7" w14:textId="77777777">
        <w:trPr>
          <w:cantSplit/>
        </w:trPr>
        <w:tc>
          <w:tcPr>
            <w:tcW w:w="5184" w:type="dxa"/>
            <w:gridSpan w:val="2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EAF2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5850FD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[  ] Inscripción institucional</w:t>
            </w:r>
          </w:p>
        </w:tc>
        <w:tc>
          <w:tcPr>
            <w:tcW w:w="518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EAF2F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27BA20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9"/>
              </w:rPr>
              <w:t>[  ] Inscripción particular</w:t>
            </w:r>
          </w:p>
        </w:tc>
      </w:tr>
      <w:tr w:rsidR="00F10955" w14:paraId="7F2AB63F" w14:textId="77777777">
        <w:trPr>
          <w:cantSplit/>
        </w:trPr>
        <w:tc>
          <w:tcPr>
            <w:tcW w:w="247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9D1805" w14:textId="286323E2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 xml:space="preserve">Nombre </w:t>
            </w:r>
            <w:proofErr w:type="spellStart"/>
            <w:r w:rsidR="0087065A">
              <w:rPr>
                <w:b/>
                <w:color w:val="0B2545"/>
                <w:sz w:val="18"/>
              </w:rPr>
              <w:t>Responsable</w:t>
            </w:r>
            <w:proofErr w:type="spellEnd"/>
            <w:r w:rsidR="0087065A">
              <w:rPr>
                <w:b/>
                <w:color w:val="0B2545"/>
                <w:sz w:val="18"/>
              </w:rPr>
              <w:t xml:space="preserve"> </w:t>
            </w:r>
          </w:p>
        </w:tc>
        <w:tc>
          <w:tcPr>
            <w:tcW w:w="7891" w:type="dxa"/>
            <w:gridSpan w:val="2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AF3902" w14:textId="77777777" w:rsidR="00F10955" w:rsidRDefault="00F10955">
            <w:pPr>
              <w:spacing w:after="0" w:line="240" w:lineRule="auto"/>
            </w:pPr>
          </w:p>
        </w:tc>
      </w:tr>
      <w:tr w:rsidR="00F10955" w14:paraId="279BC875" w14:textId="77777777">
        <w:trPr>
          <w:cantSplit/>
        </w:trPr>
        <w:tc>
          <w:tcPr>
            <w:tcW w:w="247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9E9BC1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Cargo</w:t>
            </w:r>
          </w:p>
        </w:tc>
        <w:tc>
          <w:tcPr>
            <w:tcW w:w="7891" w:type="dxa"/>
            <w:gridSpan w:val="2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CA012B" w14:textId="77777777" w:rsidR="00F10955" w:rsidRDefault="00F10955">
            <w:pPr>
              <w:spacing w:after="0" w:line="240" w:lineRule="auto"/>
            </w:pPr>
          </w:p>
        </w:tc>
      </w:tr>
      <w:tr w:rsidR="00F10955" w14:paraId="195F7C7D" w14:textId="77777777">
        <w:trPr>
          <w:cantSplit/>
        </w:trPr>
        <w:tc>
          <w:tcPr>
            <w:tcW w:w="247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65F152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Correo electrónico</w:t>
            </w:r>
          </w:p>
        </w:tc>
        <w:tc>
          <w:tcPr>
            <w:tcW w:w="7891" w:type="dxa"/>
            <w:gridSpan w:val="2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E78ED6" w14:textId="77777777" w:rsidR="00F10955" w:rsidRDefault="00F10955">
            <w:pPr>
              <w:spacing w:after="0" w:line="240" w:lineRule="auto"/>
            </w:pPr>
          </w:p>
        </w:tc>
      </w:tr>
      <w:tr w:rsidR="00F10955" w14:paraId="5BD0DDCC" w14:textId="77777777">
        <w:trPr>
          <w:cantSplit/>
        </w:trPr>
        <w:tc>
          <w:tcPr>
            <w:tcW w:w="247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378B97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Teléfono</w:t>
            </w:r>
          </w:p>
        </w:tc>
        <w:tc>
          <w:tcPr>
            <w:tcW w:w="7891" w:type="dxa"/>
            <w:gridSpan w:val="2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F32B4D" w14:textId="77777777" w:rsidR="00F10955" w:rsidRDefault="00F10955">
            <w:pPr>
              <w:spacing w:after="0" w:line="240" w:lineRule="auto"/>
            </w:pPr>
          </w:p>
        </w:tc>
      </w:tr>
    </w:tbl>
    <w:p w14:paraId="76D9B71E" w14:textId="77777777" w:rsidR="00F10955" w:rsidRDefault="00000000">
      <w:pPr>
        <w:pStyle w:val="Ttulo1"/>
        <w:spacing w:line="240" w:lineRule="auto"/>
      </w:pPr>
      <w:r>
        <w:rPr>
          <w:rFonts w:ascii="Calibri" w:hAnsi="Calibri"/>
        </w:rPr>
        <w:t>2. Entidad responsable del pago y facturación</w:t>
      </w:r>
    </w:p>
    <w:tbl>
      <w:tblPr>
        <w:tblW w:w="103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77"/>
        <w:gridCol w:w="7891"/>
      </w:tblGrid>
      <w:tr w:rsidR="00F10955" w14:paraId="25BC9219" w14:textId="77777777">
        <w:trPr>
          <w:cantSplit/>
        </w:trPr>
        <w:tc>
          <w:tcPr>
            <w:tcW w:w="247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52FC34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Nombre o razón social</w:t>
            </w:r>
          </w:p>
        </w:tc>
        <w:tc>
          <w:tcPr>
            <w:tcW w:w="789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A20593" w14:textId="77777777" w:rsidR="00F10955" w:rsidRDefault="00F10955">
            <w:pPr>
              <w:spacing w:after="0" w:line="240" w:lineRule="auto"/>
            </w:pPr>
          </w:p>
        </w:tc>
      </w:tr>
      <w:tr w:rsidR="00F10955" w14:paraId="4854BFD3" w14:textId="77777777">
        <w:trPr>
          <w:cantSplit/>
        </w:trPr>
        <w:tc>
          <w:tcPr>
            <w:tcW w:w="247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3D9DAD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RUT</w:t>
            </w:r>
          </w:p>
        </w:tc>
        <w:tc>
          <w:tcPr>
            <w:tcW w:w="789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D6D276" w14:textId="77777777" w:rsidR="00F10955" w:rsidRDefault="00F10955">
            <w:pPr>
              <w:spacing w:after="0" w:line="240" w:lineRule="auto"/>
            </w:pPr>
          </w:p>
        </w:tc>
      </w:tr>
      <w:tr w:rsidR="00F10955" w14:paraId="6C82CE1C" w14:textId="77777777">
        <w:trPr>
          <w:cantSplit/>
        </w:trPr>
        <w:tc>
          <w:tcPr>
            <w:tcW w:w="247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4FDC03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Dirección</w:t>
            </w:r>
          </w:p>
        </w:tc>
        <w:tc>
          <w:tcPr>
            <w:tcW w:w="789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B8618A" w14:textId="77777777" w:rsidR="00F10955" w:rsidRDefault="00F10955">
            <w:pPr>
              <w:spacing w:after="0" w:line="240" w:lineRule="auto"/>
            </w:pPr>
          </w:p>
        </w:tc>
      </w:tr>
      <w:tr w:rsidR="00F10955" w14:paraId="24801F0A" w14:textId="77777777">
        <w:trPr>
          <w:cantSplit/>
        </w:trPr>
        <w:tc>
          <w:tcPr>
            <w:tcW w:w="247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2A066C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Correo de facturación</w:t>
            </w:r>
          </w:p>
        </w:tc>
        <w:tc>
          <w:tcPr>
            <w:tcW w:w="789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455FFB" w14:textId="77777777" w:rsidR="00F10955" w:rsidRDefault="00F10955">
            <w:pPr>
              <w:spacing w:after="0" w:line="240" w:lineRule="auto"/>
            </w:pPr>
          </w:p>
        </w:tc>
      </w:tr>
    </w:tbl>
    <w:p w14:paraId="62338A0A" w14:textId="77777777" w:rsidR="00F10955" w:rsidRDefault="00000000">
      <w:pPr>
        <w:pStyle w:val="Ttulo1"/>
        <w:spacing w:line="240" w:lineRule="auto"/>
      </w:pPr>
      <w:r>
        <w:rPr>
          <w:rFonts w:ascii="Calibri" w:hAnsi="Calibri"/>
        </w:rPr>
        <w:t>3. Establecimiento(s) participante(s)</w:t>
      </w:r>
    </w:p>
    <w:tbl>
      <w:tblPr>
        <w:tblW w:w="103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835"/>
        <w:gridCol w:w="3485"/>
        <w:gridCol w:w="1296"/>
        <w:gridCol w:w="4752"/>
      </w:tblGrid>
      <w:tr w:rsidR="00F10955" w14:paraId="1D4CCBEF" w14:textId="77777777">
        <w:trPr>
          <w:cantSplit/>
          <w:tblHeader/>
        </w:trPr>
        <w:tc>
          <w:tcPr>
            <w:tcW w:w="83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437F71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Código</w:t>
            </w:r>
          </w:p>
        </w:tc>
        <w:tc>
          <w:tcPr>
            <w:tcW w:w="348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7CFBC7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Nombre del establecimiento</w:t>
            </w:r>
          </w:p>
        </w:tc>
        <w:tc>
          <w:tcPr>
            <w:tcW w:w="1296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D3C029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RBD</w:t>
            </w:r>
          </w:p>
        </w:tc>
        <w:tc>
          <w:tcPr>
            <w:tcW w:w="475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7FA794" w14:textId="650E90BD" w:rsidR="00F10955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Dirección</w:t>
            </w:r>
            <w:proofErr w:type="spellEnd"/>
            <w:r w:rsidR="002619ED">
              <w:rPr>
                <w:b/>
                <w:color w:val="FFFFFF"/>
                <w:sz w:val="17"/>
              </w:rPr>
              <w:t xml:space="preserve"> </w:t>
            </w:r>
          </w:p>
        </w:tc>
      </w:tr>
      <w:tr w:rsidR="00F10955" w14:paraId="27E578E1" w14:textId="77777777">
        <w:trPr>
          <w:cantSplit/>
        </w:trPr>
        <w:tc>
          <w:tcPr>
            <w:tcW w:w="83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384A45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146C75"/>
                <w:sz w:val="18"/>
              </w:rPr>
              <w:t>A</w:t>
            </w:r>
          </w:p>
        </w:tc>
        <w:tc>
          <w:tcPr>
            <w:tcW w:w="348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86069E" w14:textId="77777777" w:rsidR="00F10955" w:rsidRDefault="00F10955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B8B52A" w14:textId="77777777" w:rsidR="00F10955" w:rsidRDefault="00F10955">
            <w:pPr>
              <w:spacing w:after="0" w:line="240" w:lineRule="auto"/>
            </w:pPr>
          </w:p>
        </w:tc>
        <w:tc>
          <w:tcPr>
            <w:tcW w:w="475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0AD6F6" w14:textId="77777777" w:rsidR="00F10955" w:rsidRDefault="00F10955">
            <w:pPr>
              <w:spacing w:after="0" w:line="240" w:lineRule="auto"/>
            </w:pPr>
          </w:p>
        </w:tc>
      </w:tr>
      <w:tr w:rsidR="00F10955" w14:paraId="4975317D" w14:textId="77777777">
        <w:trPr>
          <w:cantSplit/>
        </w:trPr>
        <w:tc>
          <w:tcPr>
            <w:tcW w:w="83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5B1D97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146C75"/>
                <w:sz w:val="18"/>
              </w:rPr>
              <w:t>B</w:t>
            </w:r>
          </w:p>
        </w:tc>
        <w:tc>
          <w:tcPr>
            <w:tcW w:w="348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8AF922" w14:textId="77777777" w:rsidR="00F10955" w:rsidRDefault="00F10955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844793" w14:textId="77777777" w:rsidR="00F10955" w:rsidRDefault="00F10955">
            <w:pPr>
              <w:spacing w:after="0" w:line="240" w:lineRule="auto"/>
            </w:pPr>
          </w:p>
        </w:tc>
        <w:tc>
          <w:tcPr>
            <w:tcW w:w="475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BA8B0D" w14:textId="77777777" w:rsidR="00F10955" w:rsidRDefault="00F10955">
            <w:pPr>
              <w:spacing w:after="0" w:line="240" w:lineRule="auto"/>
            </w:pPr>
          </w:p>
        </w:tc>
      </w:tr>
      <w:tr w:rsidR="00F10955" w14:paraId="77D1E41F" w14:textId="77777777">
        <w:trPr>
          <w:cantSplit/>
        </w:trPr>
        <w:tc>
          <w:tcPr>
            <w:tcW w:w="83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851FE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146C75"/>
                <w:sz w:val="18"/>
              </w:rPr>
              <w:t>C</w:t>
            </w:r>
          </w:p>
        </w:tc>
        <w:tc>
          <w:tcPr>
            <w:tcW w:w="348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6E55FD" w14:textId="77777777" w:rsidR="00F10955" w:rsidRDefault="00F10955">
            <w:pPr>
              <w:spacing w:after="0" w:line="240" w:lineRule="auto"/>
            </w:pPr>
          </w:p>
        </w:tc>
        <w:tc>
          <w:tcPr>
            <w:tcW w:w="1296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E5A725" w14:textId="77777777" w:rsidR="00F10955" w:rsidRDefault="00F10955">
            <w:pPr>
              <w:spacing w:after="0" w:line="240" w:lineRule="auto"/>
            </w:pPr>
          </w:p>
        </w:tc>
        <w:tc>
          <w:tcPr>
            <w:tcW w:w="475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4A2749" w14:textId="77777777" w:rsidR="00F10955" w:rsidRDefault="00F10955">
            <w:pPr>
              <w:spacing w:after="0" w:line="240" w:lineRule="auto"/>
            </w:pPr>
          </w:p>
        </w:tc>
      </w:tr>
    </w:tbl>
    <w:p w14:paraId="4A2979D7" w14:textId="77777777" w:rsidR="00F10955" w:rsidRDefault="00000000">
      <w:pPr>
        <w:spacing w:before="40" w:after="0"/>
      </w:pPr>
      <w:r>
        <w:rPr>
          <w:i/>
          <w:color w:val="5D6870"/>
          <w:sz w:val="17"/>
        </w:rPr>
        <w:t>Si participa más de un establecimiento, identifíquelo con A, B o C y utilice ese código en la nómina de participantes.</w:t>
      </w:r>
    </w:p>
    <w:p w14:paraId="3433FB42" w14:textId="77777777" w:rsidR="00F10955" w:rsidRDefault="00F10955">
      <w:pPr>
        <w:sectPr w:rsidR="00F10955">
          <w:headerReference w:type="default" r:id="rId8"/>
          <w:footerReference w:type="default" r:id="rId9"/>
          <w:pgSz w:w="12240" w:h="15840"/>
          <w:pgMar w:top="893" w:right="936" w:bottom="835" w:left="936" w:header="317" w:footer="360" w:gutter="0"/>
          <w:cols w:space="720"/>
          <w:docGrid w:linePitch="360"/>
        </w:sectPr>
      </w:pPr>
    </w:p>
    <w:p w14:paraId="493AD7C3" w14:textId="77777777" w:rsidR="00F10955" w:rsidRDefault="00000000">
      <w:pPr>
        <w:spacing w:after="40"/>
        <w:jc w:val="center"/>
      </w:pPr>
      <w:r>
        <w:rPr>
          <w:b/>
          <w:color w:val="0B2545"/>
          <w:sz w:val="32"/>
        </w:rPr>
        <w:lastRenderedPageBreak/>
        <w:t>NÓMINA DE PARTICIPANTES Y TIPO DE ACCESO</w:t>
      </w:r>
    </w:p>
    <w:p w14:paraId="717423EF" w14:textId="3F37C470" w:rsidR="00F10955" w:rsidRDefault="00000000">
      <w:pPr>
        <w:spacing w:after="120"/>
        <w:jc w:val="center"/>
      </w:pPr>
      <w:r>
        <w:rPr>
          <w:color w:val="5D6870"/>
          <w:sz w:val="19"/>
        </w:rPr>
        <w:t xml:space="preserve">Complete una fila por persona y marque solo </w:t>
      </w:r>
      <w:proofErr w:type="spellStart"/>
      <w:r>
        <w:rPr>
          <w:color w:val="5D6870"/>
          <w:sz w:val="19"/>
        </w:rPr>
        <w:t>una</w:t>
      </w:r>
      <w:proofErr w:type="spellEnd"/>
      <w:r>
        <w:rPr>
          <w:color w:val="5D6870"/>
          <w:sz w:val="19"/>
        </w:rPr>
        <w:t xml:space="preserve"> </w:t>
      </w:r>
      <w:proofErr w:type="spellStart"/>
      <w:r>
        <w:rPr>
          <w:color w:val="5D6870"/>
          <w:sz w:val="19"/>
        </w:rPr>
        <w:t>alternativa</w:t>
      </w:r>
      <w:proofErr w:type="spellEnd"/>
      <w:r>
        <w:rPr>
          <w:color w:val="5D6870"/>
          <w:sz w:val="19"/>
        </w:rPr>
        <w:t xml:space="preserve"> de </w:t>
      </w:r>
      <w:proofErr w:type="spellStart"/>
      <w:r>
        <w:rPr>
          <w:color w:val="5D6870"/>
          <w:sz w:val="19"/>
        </w:rPr>
        <w:t>acceso</w:t>
      </w:r>
      <w:proofErr w:type="spellEnd"/>
      <w:r w:rsidR="00AA2A96">
        <w:rPr>
          <w:color w:val="5D6870"/>
          <w:sz w:val="19"/>
        </w:rPr>
        <w:t xml:space="preserve">, y con </w:t>
      </w:r>
      <w:proofErr w:type="spellStart"/>
      <w:r w:rsidR="00AA2A96">
        <w:rPr>
          <w:color w:val="5D6870"/>
          <w:sz w:val="19"/>
        </w:rPr>
        <w:t>una</w:t>
      </w:r>
      <w:proofErr w:type="spellEnd"/>
      <w:r w:rsidR="00AA2A96">
        <w:rPr>
          <w:color w:val="5D6870"/>
          <w:sz w:val="19"/>
        </w:rPr>
        <w:t xml:space="preserve"> x la jornada</w:t>
      </w:r>
    </w:p>
    <w:tbl>
      <w:tblPr>
        <w:tblW w:w="13104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605"/>
        <w:gridCol w:w="2664"/>
        <w:gridCol w:w="1469"/>
        <w:gridCol w:w="1843"/>
        <w:gridCol w:w="2909"/>
        <w:gridCol w:w="1008"/>
        <w:gridCol w:w="792"/>
        <w:gridCol w:w="792"/>
        <w:gridCol w:w="1022"/>
      </w:tblGrid>
      <w:tr w:rsidR="00F10955" w14:paraId="14EA18AF" w14:textId="77777777">
        <w:trPr>
          <w:cantSplit/>
          <w:tblHeader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F938EB3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N°</w:t>
            </w:r>
          </w:p>
        </w:tc>
        <w:tc>
          <w:tcPr>
            <w:tcW w:w="266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AD61AB5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Nombre completo</w:t>
            </w:r>
          </w:p>
        </w:tc>
        <w:tc>
          <w:tcPr>
            <w:tcW w:w="146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2CB55A3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RUT</w:t>
            </w:r>
          </w:p>
        </w:tc>
        <w:tc>
          <w:tcPr>
            <w:tcW w:w="18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DA13DC8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Cargo</w:t>
            </w:r>
          </w:p>
        </w:tc>
        <w:tc>
          <w:tcPr>
            <w:tcW w:w="290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DCC0D54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Correo electrónico</w:t>
            </w:r>
          </w:p>
        </w:tc>
        <w:tc>
          <w:tcPr>
            <w:tcW w:w="100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8282A1C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Estab.</w:t>
            </w:r>
            <w:r>
              <w:rPr>
                <w:b/>
                <w:color w:val="FFFFFF"/>
                <w:sz w:val="17"/>
              </w:rPr>
              <w:br/>
              <w:t>A/B/C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7E41871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J1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48A573B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J2</w:t>
            </w:r>
          </w:p>
        </w:tc>
        <w:tc>
          <w:tcPr>
            <w:tcW w:w="102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0B254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A414467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Ambas</w:t>
            </w:r>
          </w:p>
        </w:tc>
      </w:tr>
      <w:tr w:rsidR="00F10955" w14:paraId="654DF4C1" w14:textId="77777777">
        <w:trPr>
          <w:cantSplit/>
        </w:trPr>
        <w:tc>
          <w:tcPr>
            <w:tcW w:w="10498" w:type="dxa"/>
            <w:gridSpan w:val="6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EAF2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3C1AF50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146C75"/>
                <w:sz w:val="17"/>
              </w:rPr>
              <w:t>Datos requeridos para credencial, acreditación y certificado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EAF2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86F83AD" w14:textId="6AD948B3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146C75"/>
                <w:sz w:val="16"/>
              </w:rPr>
              <w:t>11</w:t>
            </w:r>
            <w:r w:rsidR="0087065A">
              <w:rPr>
                <w:b/>
                <w:color w:val="146C75"/>
                <w:sz w:val="16"/>
              </w:rPr>
              <w:t xml:space="preserve"> Nov.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EAF2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91B682E" w14:textId="0B702EBC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146C75"/>
                <w:sz w:val="16"/>
              </w:rPr>
              <w:t>12</w:t>
            </w:r>
            <w:r w:rsidR="0087065A">
              <w:rPr>
                <w:b/>
                <w:color w:val="146C75"/>
                <w:sz w:val="16"/>
              </w:rPr>
              <w:t xml:space="preserve"> Nov</w:t>
            </w:r>
          </w:p>
        </w:tc>
        <w:tc>
          <w:tcPr>
            <w:tcW w:w="102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EAF2F5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786881" w14:textId="3928AECE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146C75"/>
                <w:sz w:val="16"/>
              </w:rPr>
              <w:t>11-12</w:t>
            </w:r>
            <w:r w:rsidR="0087065A">
              <w:rPr>
                <w:b/>
                <w:color w:val="146C75"/>
                <w:sz w:val="16"/>
              </w:rPr>
              <w:t xml:space="preserve"> Nov.</w:t>
            </w:r>
          </w:p>
        </w:tc>
      </w:tr>
      <w:tr w:rsidR="00F10955" w14:paraId="6182F96D" w14:textId="77777777">
        <w:trPr>
          <w:cantSplit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AB36C6C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5D6870"/>
                <w:sz w:val="17"/>
              </w:rPr>
              <w:t>1</w:t>
            </w:r>
          </w:p>
        </w:tc>
        <w:tc>
          <w:tcPr>
            <w:tcW w:w="266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053630B" w14:textId="77777777" w:rsidR="00F10955" w:rsidRDefault="00F10955">
            <w:pPr>
              <w:spacing w:after="0" w:line="240" w:lineRule="auto"/>
            </w:pPr>
          </w:p>
        </w:tc>
        <w:tc>
          <w:tcPr>
            <w:tcW w:w="146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A0B87EC" w14:textId="77777777" w:rsidR="00F10955" w:rsidRDefault="00F10955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76A23EE" w14:textId="77777777" w:rsidR="00F10955" w:rsidRDefault="00F10955">
            <w:pPr>
              <w:spacing w:after="0" w:line="240" w:lineRule="auto"/>
            </w:pPr>
          </w:p>
        </w:tc>
        <w:tc>
          <w:tcPr>
            <w:tcW w:w="290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DF127F8" w14:textId="77777777" w:rsidR="00F10955" w:rsidRDefault="00F10955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7972C04" w14:textId="77777777" w:rsidR="00F10955" w:rsidRDefault="00F10955">
            <w:pPr>
              <w:spacing w:after="0" w:line="240" w:lineRule="auto"/>
            </w:pP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D803D8A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C5B7CA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102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28A65B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</w:tr>
      <w:tr w:rsidR="00F10955" w14:paraId="7BFFBDFC" w14:textId="77777777">
        <w:trPr>
          <w:cantSplit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8A7BAE9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5D6870"/>
                <w:sz w:val="17"/>
              </w:rPr>
              <w:t>2</w:t>
            </w:r>
          </w:p>
        </w:tc>
        <w:tc>
          <w:tcPr>
            <w:tcW w:w="266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5BA8790" w14:textId="77777777" w:rsidR="00F10955" w:rsidRDefault="00F10955">
            <w:pPr>
              <w:spacing w:after="0" w:line="240" w:lineRule="auto"/>
            </w:pPr>
          </w:p>
        </w:tc>
        <w:tc>
          <w:tcPr>
            <w:tcW w:w="146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FEF7002" w14:textId="77777777" w:rsidR="00F10955" w:rsidRDefault="00F10955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FA8EE9E" w14:textId="77777777" w:rsidR="00F10955" w:rsidRDefault="00F10955">
            <w:pPr>
              <w:spacing w:after="0" w:line="240" w:lineRule="auto"/>
            </w:pPr>
          </w:p>
        </w:tc>
        <w:tc>
          <w:tcPr>
            <w:tcW w:w="290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ED700D6" w14:textId="77777777" w:rsidR="00F10955" w:rsidRDefault="00F10955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947D8A0" w14:textId="77777777" w:rsidR="00F10955" w:rsidRDefault="00F10955">
            <w:pPr>
              <w:spacing w:after="0" w:line="240" w:lineRule="auto"/>
            </w:pP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44E4586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9CDDF87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102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A04FA37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</w:tr>
      <w:tr w:rsidR="00F10955" w14:paraId="1A43092D" w14:textId="77777777">
        <w:trPr>
          <w:cantSplit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D285A9E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5D6870"/>
                <w:sz w:val="17"/>
              </w:rPr>
              <w:t>3</w:t>
            </w:r>
          </w:p>
        </w:tc>
        <w:tc>
          <w:tcPr>
            <w:tcW w:w="266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02932CB" w14:textId="77777777" w:rsidR="00F10955" w:rsidRDefault="00F10955">
            <w:pPr>
              <w:spacing w:after="0" w:line="240" w:lineRule="auto"/>
            </w:pPr>
          </w:p>
        </w:tc>
        <w:tc>
          <w:tcPr>
            <w:tcW w:w="146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78E75F4" w14:textId="77777777" w:rsidR="00F10955" w:rsidRDefault="00F10955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F4FF42B" w14:textId="77777777" w:rsidR="00F10955" w:rsidRDefault="00F10955">
            <w:pPr>
              <w:spacing w:after="0" w:line="240" w:lineRule="auto"/>
            </w:pPr>
          </w:p>
        </w:tc>
        <w:tc>
          <w:tcPr>
            <w:tcW w:w="290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957105A" w14:textId="77777777" w:rsidR="00F10955" w:rsidRDefault="00F10955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C1B3AC4" w14:textId="77777777" w:rsidR="00F10955" w:rsidRDefault="00F10955">
            <w:pPr>
              <w:spacing w:after="0" w:line="240" w:lineRule="auto"/>
            </w:pP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BAA4486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E13A1EB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102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2379B06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</w:tr>
      <w:tr w:rsidR="00F10955" w14:paraId="592B8CC7" w14:textId="77777777">
        <w:trPr>
          <w:cantSplit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8C3CE94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5D6870"/>
                <w:sz w:val="17"/>
              </w:rPr>
              <w:t>4</w:t>
            </w:r>
          </w:p>
        </w:tc>
        <w:tc>
          <w:tcPr>
            <w:tcW w:w="266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AD8C554" w14:textId="77777777" w:rsidR="00F10955" w:rsidRDefault="00F10955">
            <w:pPr>
              <w:spacing w:after="0" w:line="240" w:lineRule="auto"/>
            </w:pPr>
          </w:p>
        </w:tc>
        <w:tc>
          <w:tcPr>
            <w:tcW w:w="146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916FEE1" w14:textId="77777777" w:rsidR="00F10955" w:rsidRDefault="00F10955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23CF5FF" w14:textId="77777777" w:rsidR="00F10955" w:rsidRDefault="00F10955">
            <w:pPr>
              <w:spacing w:after="0" w:line="240" w:lineRule="auto"/>
            </w:pPr>
          </w:p>
        </w:tc>
        <w:tc>
          <w:tcPr>
            <w:tcW w:w="290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7B625EE" w14:textId="77777777" w:rsidR="00F10955" w:rsidRDefault="00F10955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1DA03B1" w14:textId="77777777" w:rsidR="00F10955" w:rsidRDefault="00F10955">
            <w:pPr>
              <w:spacing w:after="0" w:line="240" w:lineRule="auto"/>
            </w:pP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3CC43D1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E526A57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102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AC66C09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</w:tr>
      <w:tr w:rsidR="00F10955" w14:paraId="314FEF4A" w14:textId="77777777">
        <w:trPr>
          <w:cantSplit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6C4A3B4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5D6870"/>
                <w:sz w:val="17"/>
              </w:rPr>
              <w:t>5</w:t>
            </w:r>
          </w:p>
        </w:tc>
        <w:tc>
          <w:tcPr>
            <w:tcW w:w="266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C9226E" w14:textId="77777777" w:rsidR="00F10955" w:rsidRDefault="00F10955">
            <w:pPr>
              <w:spacing w:after="0" w:line="240" w:lineRule="auto"/>
            </w:pPr>
          </w:p>
        </w:tc>
        <w:tc>
          <w:tcPr>
            <w:tcW w:w="146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F3AC155" w14:textId="77777777" w:rsidR="00F10955" w:rsidRDefault="00F10955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C17BEF5" w14:textId="77777777" w:rsidR="00F10955" w:rsidRDefault="00F10955">
            <w:pPr>
              <w:spacing w:after="0" w:line="240" w:lineRule="auto"/>
            </w:pPr>
          </w:p>
        </w:tc>
        <w:tc>
          <w:tcPr>
            <w:tcW w:w="290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6059830" w14:textId="77777777" w:rsidR="00F10955" w:rsidRDefault="00F10955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FAC6BD0" w14:textId="77777777" w:rsidR="00F10955" w:rsidRDefault="00F10955">
            <w:pPr>
              <w:spacing w:after="0" w:line="240" w:lineRule="auto"/>
            </w:pP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4B0E680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1879178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102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8E481AF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</w:tr>
      <w:tr w:rsidR="00F10955" w14:paraId="308F4D39" w14:textId="77777777">
        <w:trPr>
          <w:cantSplit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29BC61E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5D6870"/>
                <w:sz w:val="17"/>
              </w:rPr>
              <w:t>6</w:t>
            </w:r>
          </w:p>
        </w:tc>
        <w:tc>
          <w:tcPr>
            <w:tcW w:w="266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D0C5DBE" w14:textId="77777777" w:rsidR="00F10955" w:rsidRDefault="00F10955">
            <w:pPr>
              <w:spacing w:after="0" w:line="240" w:lineRule="auto"/>
            </w:pPr>
          </w:p>
        </w:tc>
        <w:tc>
          <w:tcPr>
            <w:tcW w:w="146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E750AA1" w14:textId="77777777" w:rsidR="00F10955" w:rsidRDefault="00F10955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B259CB3" w14:textId="77777777" w:rsidR="00F10955" w:rsidRDefault="00F10955">
            <w:pPr>
              <w:spacing w:after="0" w:line="240" w:lineRule="auto"/>
            </w:pPr>
          </w:p>
        </w:tc>
        <w:tc>
          <w:tcPr>
            <w:tcW w:w="290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CF9738A" w14:textId="77777777" w:rsidR="00F10955" w:rsidRDefault="00F10955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8D26048" w14:textId="77777777" w:rsidR="00F10955" w:rsidRDefault="00F10955">
            <w:pPr>
              <w:spacing w:after="0" w:line="240" w:lineRule="auto"/>
            </w:pP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9C47A41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192F01F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102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D12AD4D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</w:tr>
      <w:tr w:rsidR="00F10955" w14:paraId="0DA17086" w14:textId="77777777">
        <w:trPr>
          <w:cantSplit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4924CEA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5D6870"/>
                <w:sz w:val="17"/>
              </w:rPr>
              <w:t>7</w:t>
            </w:r>
          </w:p>
        </w:tc>
        <w:tc>
          <w:tcPr>
            <w:tcW w:w="266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9D723D" w14:textId="77777777" w:rsidR="00F10955" w:rsidRDefault="00F10955">
            <w:pPr>
              <w:spacing w:after="0" w:line="240" w:lineRule="auto"/>
            </w:pPr>
          </w:p>
        </w:tc>
        <w:tc>
          <w:tcPr>
            <w:tcW w:w="146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2348811" w14:textId="77777777" w:rsidR="00F10955" w:rsidRDefault="00F10955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454E266" w14:textId="77777777" w:rsidR="00F10955" w:rsidRDefault="00F10955">
            <w:pPr>
              <w:spacing w:after="0" w:line="240" w:lineRule="auto"/>
            </w:pPr>
          </w:p>
        </w:tc>
        <w:tc>
          <w:tcPr>
            <w:tcW w:w="290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77E1DF3" w14:textId="77777777" w:rsidR="00F10955" w:rsidRDefault="00F10955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C4FC446" w14:textId="77777777" w:rsidR="00F10955" w:rsidRDefault="00F10955">
            <w:pPr>
              <w:spacing w:after="0" w:line="240" w:lineRule="auto"/>
            </w:pP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B2998D4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5D8F056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102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E88B555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</w:tr>
      <w:tr w:rsidR="00F10955" w14:paraId="54FE6C3A" w14:textId="77777777">
        <w:trPr>
          <w:cantSplit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56674B6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5D6870"/>
                <w:sz w:val="17"/>
              </w:rPr>
              <w:t>8</w:t>
            </w:r>
          </w:p>
        </w:tc>
        <w:tc>
          <w:tcPr>
            <w:tcW w:w="266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6982E27" w14:textId="77777777" w:rsidR="00F10955" w:rsidRDefault="00F10955">
            <w:pPr>
              <w:spacing w:after="0" w:line="240" w:lineRule="auto"/>
            </w:pPr>
          </w:p>
        </w:tc>
        <w:tc>
          <w:tcPr>
            <w:tcW w:w="146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72F654F" w14:textId="77777777" w:rsidR="00F10955" w:rsidRDefault="00F10955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04E6B0E" w14:textId="77777777" w:rsidR="00F10955" w:rsidRDefault="00F10955">
            <w:pPr>
              <w:spacing w:after="0" w:line="240" w:lineRule="auto"/>
            </w:pPr>
          </w:p>
        </w:tc>
        <w:tc>
          <w:tcPr>
            <w:tcW w:w="290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B6DCC61" w14:textId="77777777" w:rsidR="00F10955" w:rsidRDefault="00F10955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E468C56" w14:textId="77777777" w:rsidR="00F10955" w:rsidRDefault="00F10955">
            <w:pPr>
              <w:spacing w:after="0" w:line="240" w:lineRule="auto"/>
            </w:pP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382BD0D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699B4E4C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102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0617AAC1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</w:tr>
      <w:tr w:rsidR="00F10955" w14:paraId="50C1E583" w14:textId="77777777">
        <w:trPr>
          <w:cantSplit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F8ADD2A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5D6870"/>
                <w:sz w:val="17"/>
              </w:rPr>
              <w:t>9</w:t>
            </w:r>
          </w:p>
        </w:tc>
        <w:tc>
          <w:tcPr>
            <w:tcW w:w="266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4D5363E8" w14:textId="77777777" w:rsidR="00F10955" w:rsidRDefault="00F10955">
            <w:pPr>
              <w:spacing w:after="0" w:line="240" w:lineRule="auto"/>
            </w:pPr>
          </w:p>
        </w:tc>
        <w:tc>
          <w:tcPr>
            <w:tcW w:w="146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32C9858" w14:textId="77777777" w:rsidR="00F10955" w:rsidRDefault="00F10955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0DD3260" w14:textId="77777777" w:rsidR="00F10955" w:rsidRDefault="00F10955">
            <w:pPr>
              <w:spacing w:after="0" w:line="240" w:lineRule="auto"/>
            </w:pPr>
          </w:p>
        </w:tc>
        <w:tc>
          <w:tcPr>
            <w:tcW w:w="290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0E24E83" w14:textId="77777777" w:rsidR="00F10955" w:rsidRDefault="00F10955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4EAD5EC" w14:textId="77777777" w:rsidR="00F10955" w:rsidRDefault="00F10955">
            <w:pPr>
              <w:spacing w:after="0" w:line="240" w:lineRule="auto"/>
            </w:pP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01DB2DF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E6403AE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102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DEE0EFE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</w:tr>
      <w:tr w:rsidR="00F10955" w14:paraId="1254708E" w14:textId="77777777">
        <w:trPr>
          <w:cantSplit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98EB81E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5D6870"/>
                <w:sz w:val="17"/>
              </w:rPr>
              <w:t>10</w:t>
            </w:r>
          </w:p>
        </w:tc>
        <w:tc>
          <w:tcPr>
            <w:tcW w:w="266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33A3576" w14:textId="77777777" w:rsidR="00F10955" w:rsidRDefault="00F10955">
            <w:pPr>
              <w:spacing w:after="0" w:line="240" w:lineRule="auto"/>
            </w:pPr>
          </w:p>
        </w:tc>
        <w:tc>
          <w:tcPr>
            <w:tcW w:w="146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5B21AC2F" w14:textId="77777777" w:rsidR="00F10955" w:rsidRDefault="00F10955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35D76962" w14:textId="77777777" w:rsidR="00F10955" w:rsidRDefault="00F10955">
            <w:pPr>
              <w:spacing w:after="0" w:line="240" w:lineRule="auto"/>
            </w:pPr>
          </w:p>
        </w:tc>
        <w:tc>
          <w:tcPr>
            <w:tcW w:w="2909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3F29411" w14:textId="77777777" w:rsidR="00F10955" w:rsidRDefault="00F10955">
            <w:pPr>
              <w:spacing w:after="0" w:line="240" w:lineRule="auto"/>
            </w:pPr>
          </w:p>
        </w:tc>
        <w:tc>
          <w:tcPr>
            <w:tcW w:w="100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C27243F" w14:textId="77777777" w:rsidR="00F10955" w:rsidRDefault="00F10955">
            <w:pPr>
              <w:spacing w:after="0" w:line="240" w:lineRule="auto"/>
            </w:pP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74A65715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7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2C67A46F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  <w:tc>
          <w:tcPr>
            <w:tcW w:w="102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35" w:type="dxa"/>
              <w:left w:w="90" w:type="dxa"/>
              <w:bottom w:w="35" w:type="dxa"/>
              <w:right w:w="90" w:type="dxa"/>
            </w:tcMar>
            <w:vAlign w:val="center"/>
          </w:tcPr>
          <w:p w14:paraId="1F1C0E11" w14:textId="77777777" w:rsidR="00F10955" w:rsidRDefault="00000000">
            <w:pPr>
              <w:spacing w:after="0" w:line="240" w:lineRule="auto"/>
              <w:jc w:val="center"/>
            </w:pPr>
            <w:r>
              <w:rPr>
                <w:color w:val="0B2545"/>
                <w:sz w:val="18"/>
              </w:rPr>
              <w:t>[  ]</w:t>
            </w:r>
          </w:p>
        </w:tc>
      </w:tr>
    </w:tbl>
    <w:p w14:paraId="4C6EAAE9" w14:textId="77777777" w:rsidR="00F10955" w:rsidRDefault="00000000">
      <w:pPr>
        <w:spacing w:before="60" w:after="80"/>
      </w:pPr>
      <w:r>
        <w:rPr>
          <w:i/>
          <w:color w:val="5D6870"/>
          <w:sz w:val="17"/>
        </w:rPr>
        <w:t>Para más de 10 participantes, duplique esta página o adjunte una segunda nómina con los mismos campos.</w:t>
      </w:r>
    </w:p>
    <w:p w14:paraId="4C9F96BE" w14:textId="77777777" w:rsidR="00F10955" w:rsidRDefault="00000000">
      <w:pPr>
        <w:keepNext/>
        <w:spacing w:before="40" w:after="60"/>
      </w:pPr>
      <w:r>
        <w:rPr>
          <w:b/>
          <w:color w:val="146C75"/>
          <w:sz w:val="23"/>
        </w:rPr>
        <w:t>RESUMEN DE LA INSCRIPCIÓN</w:t>
      </w:r>
    </w:p>
    <w:tbl>
      <w:tblPr>
        <w:tblW w:w="14544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400"/>
        <w:gridCol w:w="2304"/>
        <w:gridCol w:w="2592"/>
        <w:gridCol w:w="4248"/>
      </w:tblGrid>
      <w:tr w:rsidR="00F10955" w14:paraId="36C547F7" w14:textId="77777777">
        <w:trPr>
          <w:cantSplit/>
          <w:tblHeader/>
        </w:trPr>
        <w:tc>
          <w:tcPr>
            <w:tcW w:w="5400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146C7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66D8A8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Tipo de acceso</w:t>
            </w:r>
          </w:p>
        </w:tc>
        <w:tc>
          <w:tcPr>
            <w:tcW w:w="230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146C7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927283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Cantidad</w:t>
            </w:r>
          </w:p>
        </w:tc>
        <w:tc>
          <w:tcPr>
            <w:tcW w:w="25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146C7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3FB805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Valor unitario</w:t>
            </w:r>
          </w:p>
        </w:tc>
        <w:tc>
          <w:tcPr>
            <w:tcW w:w="424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146C7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838D02" w14:textId="77777777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Subtotal</w:t>
            </w:r>
          </w:p>
        </w:tc>
      </w:tr>
      <w:tr w:rsidR="00F10955" w14:paraId="34007696" w14:textId="77777777">
        <w:trPr>
          <w:cantSplit/>
        </w:trPr>
        <w:tc>
          <w:tcPr>
            <w:tcW w:w="5400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669816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Jornada 1</w:t>
            </w:r>
          </w:p>
        </w:tc>
        <w:tc>
          <w:tcPr>
            <w:tcW w:w="230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E55729" w14:textId="77777777" w:rsidR="00F10955" w:rsidRDefault="00F10955">
            <w:pPr>
              <w:spacing w:after="0" w:line="240" w:lineRule="auto"/>
              <w:jc w:val="center"/>
            </w:pPr>
          </w:p>
        </w:tc>
        <w:tc>
          <w:tcPr>
            <w:tcW w:w="25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4DB190" w14:textId="77777777" w:rsidR="00F10955" w:rsidRDefault="00000000">
            <w:pPr>
              <w:spacing w:after="0" w:line="240" w:lineRule="auto"/>
              <w:jc w:val="right"/>
            </w:pPr>
            <w:r>
              <w:rPr>
                <w:sz w:val="18"/>
              </w:rPr>
              <w:t>$</w:t>
            </w:r>
          </w:p>
        </w:tc>
        <w:tc>
          <w:tcPr>
            <w:tcW w:w="424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A1A9EA" w14:textId="77777777" w:rsidR="00F10955" w:rsidRDefault="00000000">
            <w:pPr>
              <w:spacing w:after="0" w:line="240" w:lineRule="auto"/>
              <w:jc w:val="right"/>
            </w:pPr>
            <w:r>
              <w:rPr>
                <w:sz w:val="18"/>
              </w:rPr>
              <w:t>$</w:t>
            </w:r>
          </w:p>
        </w:tc>
      </w:tr>
      <w:tr w:rsidR="00F10955" w14:paraId="514C5B87" w14:textId="77777777">
        <w:trPr>
          <w:cantSplit/>
        </w:trPr>
        <w:tc>
          <w:tcPr>
            <w:tcW w:w="5400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D226A5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Jornada 2</w:t>
            </w:r>
          </w:p>
        </w:tc>
        <w:tc>
          <w:tcPr>
            <w:tcW w:w="230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214CB9" w14:textId="77777777" w:rsidR="00F10955" w:rsidRDefault="00F10955">
            <w:pPr>
              <w:spacing w:after="0" w:line="240" w:lineRule="auto"/>
              <w:jc w:val="center"/>
            </w:pPr>
          </w:p>
        </w:tc>
        <w:tc>
          <w:tcPr>
            <w:tcW w:w="25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894BAB" w14:textId="77777777" w:rsidR="00F10955" w:rsidRDefault="00000000">
            <w:pPr>
              <w:spacing w:after="0" w:line="240" w:lineRule="auto"/>
              <w:jc w:val="right"/>
            </w:pPr>
            <w:r>
              <w:rPr>
                <w:sz w:val="18"/>
              </w:rPr>
              <w:t>$</w:t>
            </w:r>
          </w:p>
        </w:tc>
        <w:tc>
          <w:tcPr>
            <w:tcW w:w="424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28BFA1" w14:textId="77777777" w:rsidR="00F10955" w:rsidRDefault="00000000">
            <w:pPr>
              <w:spacing w:after="0" w:line="240" w:lineRule="auto"/>
              <w:jc w:val="right"/>
            </w:pPr>
            <w:r>
              <w:rPr>
                <w:sz w:val="18"/>
              </w:rPr>
              <w:t>$</w:t>
            </w:r>
          </w:p>
        </w:tc>
      </w:tr>
      <w:tr w:rsidR="00F10955" w14:paraId="1D630FC8" w14:textId="77777777">
        <w:trPr>
          <w:cantSplit/>
        </w:trPr>
        <w:tc>
          <w:tcPr>
            <w:tcW w:w="5400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60344A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Pack ambas jornadas</w:t>
            </w:r>
          </w:p>
        </w:tc>
        <w:tc>
          <w:tcPr>
            <w:tcW w:w="2304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C2EA73" w14:textId="77777777" w:rsidR="00F10955" w:rsidRDefault="00F10955">
            <w:pPr>
              <w:spacing w:after="0" w:line="240" w:lineRule="auto"/>
              <w:jc w:val="center"/>
            </w:pPr>
          </w:p>
        </w:tc>
        <w:tc>
          <w:tcPr>
            <w:tcW w:w="25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A92974" w14:textId="77777777" w:rsidR="00F10955" w:rsidRDefault="00000000">
            <w:pPr>
              <w:spacing w:after="0" w:line="240" w:lineRule="auto"/>
              <w:jc w:val="right"/>
            </w:pPr>
            <w:r>
              <w:rPr>
                <w:sz w:val="18"/>
              </w:rPr>
              <w:t>$</w:t>
            </w:r>
          </w:p>
        </w:tc>
        <w:tc>
          <w:tcPr>
            <w:tcW w:w="424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A7FB5D" w14:textId="77777777" w:rsidR="00F10955" w:rsidRDefault="00000000">
            <w:pPr>
              <w:spacing w:after="0" w:line="240" w:lineRule="auto"/>
              <w:jc w:val="right"/>
            </w:pPr>
            <w:r>
              <w:rPr>
                <w:sz w:val="18"/>
              </w:rPr>
              <w:t>$</w:t>
            </w:r>
          </w:p>
        </w:tc>
      </w:tr>
      <w:tr w:rsidR="00F10955" w14:paraId="2255E562" w14:textId="77777777">
        <w:trPr>
          <w:cantSplit/>
        </w:trPr>
        <w:tc>
          <w:tcPr>
            <w:tcW w:w="10296" w:type="dxa"/>
            <w:gridSpan w:val="3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7F0D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611BD5" w14:textId="77777777" w:rsidR="00F10955" w:rsidRDefault="00000000">
            <w:pPr>
              <w:spacing w:after="0" w:line="240" w:lineRule="auto"/>
              <w:jc w:val="right"/>
            </w:pPr>
            <w:r>
              <w:rPr>
                <w:b/>
                <w:color w:val="0B2545"/>
                <w:sz w:val="20"/>
              </w:rPr>
              <w:t>TOTAL A TRANSFERIR</w:t>
            </w:r>
          </w:p>
        </w:tc>
        <w:tc>
          <w:tcPr>
            <w:tcW w:w="424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7F0D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75B2B7" w14:textId="77777777" w:rsidR="00F10955" w:rsidRDefault="00000000">
            <w:pPr>
              <w:spacing w:after="0" w:line="240" w:lineRule="auto"/>
              <w:jc w:val="right"/>
            </w:pPr>
            <w:r>
              <w:rPr>
                <w:b/>
                <w:color w:val="0B2545"/>
                <w:sz w:val="20"/>
              </w:rPr>
              <w:t>$</w:t>
            </w:r>
          </w:p>
        </w:tc>
      </w:tr>
    </w:tbl>
    <w:p w14:paraId="544D9E57" w14:textId="77777777" w:rsidR="00F10955" w:rsidRDefault="00F10955">
      <w:pPr>
        <w:sectPr w:rsidR="00F10955">
          <w:pgSz w:w="15840" w:h="12240" w:orient="landscape"/>
          <w:pgMar w:top="893" w:right="1080" w:bottom="835" w:left="1080" w:header="317" w:footer="360" w:gutter="0"/>
          <w:cols w:space="720"/>
          <w:docGrid w:linePitch="360"/>
        </w:sectPr>
      </w:pPr>
    </w:p>
    <w:p w14:paraId="40C06338" w14:textId="77777777" w:rsidR="00F10955" w:rsidRDefault="00000000">
      <w:pPr>
        <w:spacing w:after="40"/>
        <w:jc w:val="center"/>
      </w:pPr>
      <w:r>
        <w:rPr>
          <w:b/>
          <w:color w:val="0B2545"/>
          <w:sz w:val="32"/>
        </w:rPr>
        <w:lastRenderedPageBreak/>
        <w:t>PAGO, CONFIRMACIÓN Y ENVÍO DE CREDENCIALES</w:t>
      </w:r>
    </w:p>
    <w:p w14:paraId="2FAB3F99" w14:textId="77777777" w:rsidR="00F10955" w:rsidRDefault="00000000">
      <w:pPr>
        <w:spacing w:after="140"/>
        <w:jc w:val="center"/>
      </w:pPr>
      <w:r>
        <w:rPr>
          <w:color w:val="5D6870"/>
          <w:sz w:val="19"/>
        </w:rPr>
        <w:t>Proceso transitorio de inscripción mientras se habilita la plataforma definitiva</w:t>
      </w:r>
    </w:p>
    <w:p w14:paraId="57B3ABC5" w14:textId="77777777" w:rsidR="00F10955" w:rsidRDefault="00000000">
      <w:pPr>
        <w:pStyle w:val="Ttulo1"/>
        <w:spacing w:line="240" w:lineRule="auto"/>
      </w:pPr>
      <w:r>
        <w:rPr>
          <w:rFonts w:ascii="Calibri" w:hAnsi="Calibri"/>
        </w:rPr>
        <w:t>4. Datos para transferencia bancaria</w:t>
      </w:r>
    </w:p>
    <w:tbl>
      <w:tblPr>
        <w:tblW w:w="10368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621"/>
        <w:gridCol w:w="7747"/>
      </w:tblGrid>
      <w:tr w:rsidR="00F10955" w14:paraId="2C35935C" w14:textId="77777777">
        <w:trPr>
          <w:cantSplit/>
        </w:trPr>
        <w:tc>
          <w:tcPr>
            <w:tcW w:w="262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22D18095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Titular</w:t>
            </w:r>
          </w:p>
        </w:tc>
        <w:tc>
          <w:tcPr>
            <w:tcW w:w="774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A3E89B4" w14:textId="77777777" w:rsidR="00F10955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Corporación Liderazgo y Calidad Educacional</w:t>
            </w:r>
          </w:p>
        </w:tc>
      </w:tr>
      <w:tr w:rsidR="00F10955" w14:paraId="7867EF92" w14:textId="77777777">
        <w:trPr>
          <w:cantSplit/>
        </w:trPr>
        <w:tc>
          <w:tcPr>
            <w:tcW w:w="262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1E630984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RUT</w:t>
            </w:r>
          </w:p>
        </w:tc>
        <w:tc>
          <w:tcPr>
            <w:tcW w:w="774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870BF4E" w14:textId="77777777" w:rsidR="00F10955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65.173.686-2</w:t>
            </w:r>
          </w:p>
        </w:tc>
      </w:tr>
      <w:tr w:rsidR="00F10955" w14:paraId="63210BF7" w14:textId="77777777">
        <w:trPr>
          <w:cantSplit/>
        </w:trPr>
        <w:tc>
          <w:tcPr>
            <w:tcW w:w="262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65EA4E2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Banco</w:t>
            </w:r>
          </w:p>
        </w:tc>
        <w:tc>
          <w:tcPr>
            <w:tcW w:w="774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37E83AB5" w14:textId="77777777" w:rsidR="00F10955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Banco Santander</w:t>
            </w:r>
          </w:p>
        </w:tc>
      </w:tr>
      <w:tr w:rsidR="00F10955" w14:paraId="55A6C695" w14:textId="77777777">
        <w:trPr>
          <w:cantSplit/>
        </w:trPr>
        <w:tc>
          <w:tcPr>
            <w:tcW w:w="262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05D4F73F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Tipo y número de cuenta</w:t>
            </w:r>
          </w:p>
        </w:tc>
        <w:tc>
          <w:tcPr>
            <w:tcW w:w="774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561DF0AB" w14:textId="77777777" w:rsidR="00F10955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Cuenta corriente N° 74325157</w:t>
            </w:r>
          </w:p>
        </w:tc>
      </w:tr>
      <w:tr w:rsidR="00F10955" w14:paraId="40D86AF0" w14:textId="77777777">
        <w:trPr>
          <w:cantSplit/>
        </w:trPr>
        <w:tc>
          <w:tcPr>
            <w:tcW w:w="2621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7A1D22A2" w14:textId="77777777" w:rsidR="00F10955" w:rsidRDefault="00000000">
            <w:pPr>
              <w:spacing w:after="0" w:line="240" w:lineRule="auto"/>
            </w:pPr>
            <w:r>
              <w:rPr>
                <w:b/>
                <w:color w:val="0B2545"/>
                <w:sz w:val="18"/>
              </w:rPr>
              <w:t>Correo de respaldo</w:t>
            </w:r>
          </w:p>
        </w:tc>
        <w:tc>
          <w:tcPr>
            <w:tcW w:w="7747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55" w:type="dxa"/>
              <w:left w:w="120" w:type="dxa"/>
              <w:bottom w:w="55" w:type="dxa"/>
              <w:right w:w="120" w:type="dxa"/>
            </w:tcMar>
            <w:vAlign w:val="center"/>
          </w:tcPr>
          <w:p w14:paraId="4AC69F41" w14:textId="77777777" w:rsidR="00F10955" w:rsidRDefault="00000000">
            <w:pPr>
              <w:spacing w:after="0" w:line="240" w:lineRule="auto"/>
            </w:pPr>
            <w:r>
              <w:rPr>
                <w:sz w:val="19"/>
              </w:rPr>
              <w:t>administracion@visionactiva.cl</w:t>
            </w:r>
          </w:p>
        </w:tc>
      </w:tr>
    </w:tbl>
    <w:p w14:paraId="498B495C" w14:textId="77777777" w:rsidR="00F10955" w:rsidRDefault="00000000">
      <w:pPr>
        <w:pStyle w:val="Ttulo1"/>
        <w:spacing w:line="240" w:lineRule="auto"/>
      </w:pPr>
      <w:r>
        <w:rPr>
          <w:rFonts w:ascii="Calibri" w:hAnsi="Calibri"/>
        </w:rPr>
        <w:t>5. Documentos que debe enviar</w:t>
      </w:r>
    </w:p>
    <w:tbl>
      <w:tblPr>
        <w:tblW w:w="10348" w:type="dxa"/>
        <w:tblInd w:w="80" w:type="dxa"/>
        <w:tblLayout w:type="fixed"/>
        <w:tblLook w:val="04A0" w:firstRow="1" w:lastRow="0" w:firstColumn="1" w:lastColumn="0" w:noHBand="0" w:noVBand="1"/>
      </w:tblPr>
      <w:tblGrid>
        <w:gridCol w:w="605"/>
        <w:gridCol w:w="9743"/>
      </w:tblGrid>
      <w:tr w:rsidR="002619ED" w14:paraId="7E8E1F6C" w14:textId="77777777" w:rsidTr="002619ED">
        <w:trPr>
          <w:cantSplit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813E895" w14:textId="77777777" w:rsidR="002619ED" w:rsidRDefault="002619ED">
            <w:pPr>
              <w:spacing w:after="0" w:line="240" w:lineRule="auto"/>
              <w:jc w:val="center"/>
            </w:pPr>
            <w:r>
              <w:rPr>
                <w:color w:val="146C75"/>
                <w:sz w:val="19"/>
              </w:rPr>
              <w:t>[  ]</w:t>
            </w:r>
          </w:p>
        </w:tc>
        <w:tc>
          <w:tcPr>
            <w:tcW w:w="97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ECE61E2" w14:textId="77777777" w:rsidR="002619ED" w:rsidRDefault="002619ED">
            <w:pPr>
              <w:spacing w:after="0" w:line="240" w:lineRule="auto"/>
            </w:pPr>
            <w:r>
              <w:rPr>
                <w:sz w:val="17"/>
              </w:rPr>
              <w:t>Comprobante de transferencia por el monto total.</w:t>
            </w:r>
          </w:p>
        </w:tc>
      </w:tr>
      <w:tr w:rsidR="002619ED" w14:paraId="51413446" w14:textId="77777777" w:rsidTr="002619ED">
        <w:trPr>
          <w:cantSplit/>
        </w:trPr>
        <w:tc>
          <w:tcPr>
            <w:tcW w:w="605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2FACF26" w14:textId="77777777" w:rsidR="002619ED" w:rsidRDefault="002619ED">
            <w:pPr>
              <w:spacing w:after="0" w:line="240" w:lineRule="auto"/>
              <w:jc w:val="center"/>
            </w:pPr>
            <w:r>
              <w:rPr>
                <w:color w:val="146C75"/>
                <w:sz w:val="19"/>
              </w:rPr>
              <w:t>[  ]</w:t>
            </w:r>
          </w:p>
        </w:tc>
        <w:tc>
          <w:tcPr>
            <w:tcW w:w="9743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AE9AA90" w14:textId="02FD99AF" w:rsidR="002619ED" w:rsidRDefault="002619ED">
            <w:pPr>
              <w:spacing w:after="0" w:line="240" w:lineRule="auto"/>
            </w:pPr>
            <w:r>
              <w:rPr>
                <w:sz w:val="17"/>
              </w:rPr>
              <w:t xml:space="preserve">Orden de </w:t>
            </w:r>
            <w:proofErr w:type="spellStart"/>
            <w:r>
              <w:rPr>
                <w:sz w:val="17"/>
              </w:rPr>
              <w:t>Compra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si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rqueire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pago</w:t>
            </w:r>
            <w:proofErr w:type="spellEnd"/>
            <w:r>
              <w:rPr>
                <w:sz w:val="17"/>
              </w:rPr>
              <w:t xml:space="preserve"> contra factura, previa pre </w:t>
            </w:r>
            <w:proofErr w:type="spellStart"/>
            <w:r>
              <w:rPr>
                <w:sz w:val="17"/>
              </w:rPr>
              <w:t>inscripcion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los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participantes</w:t>
            </w:r>
            <w:proofErr w:type="spellEnd"/>
            <w:r>
              <w:rPr>
                <w:sz w:val="17"/>
              </w:rPr>
              <w:t xml:space="preserve">. </w:t>
            </w:r>
          </w:p>
        </w:tc>
      </w:tr>
    </w:tbl>
    <w:p w14:paraId="750726FB" w14:textId="77777777" w:rsidR="002619ED" w:rsidRDefault="002619ED">
      <w:pPr>
        <w:pStyle w:val="Ttulo1"/>
        <w:spacing w:line="240" w:lineRule="auto"/>
        <w:rPr>
          <w:rFonts w:ascii="Calibri" w:hAnsi="Calibri"/>
        </w:rPr>
      </w:pPr>
    </w:p>
    <w:p w14:paraId="4D7F32BA" w14:textId="73B800E4" w:rsidR="00F10955" w:rsidRDefault="00000000">
      <w:pPr>
        <w:pStyle w:val="Ttulo1"/>
        <w:spacing w:line="240" w:lineRule="auto"/>
        <w:rPr>
          <w:rFonts w:ascii="Calibri" w:hAnsi="Calibri"/>
        </w:rPr>
      </w:pPr>
      <w:r>
        <w:rPr>
          <w:rFonts w:ascii="Calibri" w:hAnsi="Calibri"/>
        </w:rPr>
        <w:t xml:space="preserve">6. </w:t>
      </w:r>
      <w:proofErr w:type="spellStart"/>
      <w:r>
        <w:rPr>
          <w:rFonts w:ascii="Calibri" w:hAnsi="Calibri"/>
        </w:rPr>
        <w:t>Proceso</w:t>
      </w:r>
      <w:proofErr w:type="spellEnd"/>
      <w:r>
        <w:rPr>
          <w:rFonts w:ascii="Calibri" w:hAnsi="Calibri"/>
        </w:rPr>
        <w:t xml:space="preserve"> de </w:t>
      </w:r>
      <w:proofErr w:type="spellStart"/>
      <w:r>
        <w:rPr>
          <w:rFonts w:ascii="Calibri" w:hAnsi="Calibri"/>
        </w:rPr>
        <w:t>confirmación</w:t>
      </w:r>
      <w:proofErr w:type="spellEnd"/>
      <w:r w:rsidR="002619ED">
        <w:rPr>
          <w:rFonts w:ascii="Calibri" w:hAnsi="Calibri"/>
        </w:rPr>
        <w:t xml:space="preserve"> </w:t>
      </w:r>
    </w:p>
    <w:p w14:paraId="2407B708" w14:textId="77777777" w:rsidR="002619ED" w:rsidRPr="002619ED" w:rsidRDefault="002619ED" w:rsidP="002619ED"/>
    <w:tbl>
      <w:tblPr>
        <w:tblW w:w="10510" w:type="dxa"/>
        <w:tblInd w:w="-52" w:type="dxa"/>
        <w:tblLayout w:type="fixed"/>
        <w:tblLook w:val="04A0" w:firstRow="1" w:lastRow="0" w:firstColumn="1" w:lastColumn="0" w:noHBand="0" w:noVBand="1"/>
      </w:tblPr>
      <w:tblGrid>
        <w:gridCol w:w="1418"/>
        <w:gridCol w:w="9092"/>
      </w:tblGrid>
      <w:tr w:rsidR="00F10955" w14:paraId="5DDA94D5" w14:textId="77777777" w:rsidTr="002619ED">
        <w:trPr>
          <w:cantSplit/>
        </w:trPr>
        <w:tc>
          <w:tcPr>
            <w:tcW w:w="141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146C7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3C9E67C" w14:textId="3FB38000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PASO</w:t>
            </w:r>
            <w:r w:rsidR="002619ED">
              <w:rPr>
                <w:b/>
                <w:color w:val="FFFFFF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90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39BDF84" w14:textId="4AED5809" w:rsidR="00F10955" w:rsidRDefault="002619ED">
            <w:pPr>
              <w:spacing w:after="0" w:line="240" w:lineRule="auto"/>
            </w:pPr>
            <w:proofErr w:type="spellStart"/>
            <w:r>
              <w:rPr>
                <w:sz w:val="18"/>
              </w:rPr>
              <w:t>Reciba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correo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ficha</w:t>
            </w:r>
            <w:proofErr w:type="spellEnd"/>
            <w:r>
              <w:rPr>
                <w:sz w:val="18"/>
              </w:rPr>
              <w:t xml:space="preserve"> junto con el programa del evento.</w:t>
            </w:r>
          </w:p>
        </w:tc>
      </w:tr>
      <w:tr w:rsidR="00F10955" w14:paraId="15035061" w14:textId="77777777" w:rsidTr="002619ED">
        <w:trPr>
          <w:cantSplit/>
        </w:trPr>
        <w:tc>
          <w:tcPr>
            <w:tcW w:w="141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146C7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58C8CF7" w14:textId="5D7261D3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PASO</w:t>
            </w:r>
            <w:r w:rsidR="002619ED">
              <w:rPr>
                <w:b/>
                <w:color w:val="FFFFFF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90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C08B48D" w14:textId="77777777" w:rsidR="00F10955" w:rsidRDefault="00000000">
            <w:pPr>
              <w:spacing w:after="0" w:line="240" w:lineRule="auto"/>
            </w:pPr>
            <w:r>
              <w:rPr>
                <w:sz w:val="18"/>
              </w:rPr>
              <w:t>Complete la ficha y realice la transferencia dentro de tres días hábiles.</w:t>
            </w:r>
          </w:p>
        </w:tc>
      </w:tr>
      <w:tr w:rsidR="00F10955" w14:paraId="75452F2B" w14:textId="77777777" w:rsidTr="002619ED">
        <w:trPr>
          <w:cantSplit/>
        </w:trPr>
        <w:tc>
          <w:tcPr>
            <w:tcW w:w="141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146C7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B2F53D5" w14:textId="44150DDA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PASO</w:t>
            </w:r>
            <w:r w:rsidR="002619ED">
              <w:rPr>
                <w:b/>
                <w:color w:val="FFFFFF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90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1AFEDDE" w14:textId="584A3872" w:rsidR="00F10955" w:rsidRDefault="00000000">
            <w:pPr>
              <w:spacing w:after="0" w:line="240" w:lineRule="auto"/>
            </w:pPr>
            <w:r>
              <w:rPr>
                <w:sz w:val="18"/>
              </w:rPr>
              <w:t xml:space="preserve">Envíe la ficha y el </w:t>
            </w:r>
            <w:proofErr w:type="spellStart"/>
            <w:r>
              <w:rPr>
                <w:sz w:val="18"/>
              </w:rPr>
              <w:t>comprobante</w:t>
            </w:r>
            <w:proofErr w:type="spellEnd"/>
            <w:r>
              <w:rPr>
                <w:sz w:val="18"/>
              </w:rPr>
              <w:t xml:space="preserve"> a</w:t>
            </w:r>
            <w:r w:rsidR="00006600">
              <w:rPr>
                <w:sz w:val="18"/>
              </w:rPr>
              <w:t xml:space="preserve"> </w:t>
            </w:r>
            <w:hyperlink r:id="rId10" w:history="1">
              <w:r w:rsidR="005D5066" w:rsidRPr="00703714">
                <w:rPr>
                  <w:rStyle w:val="Hipervnculo"/>
                  <w:b/>
                  <w:sz w:val="18"/>
                </w:rPr>
                <w:t>administracion@visioanctiva.cl</w:t>
              </w:r>
            </w:hyperlink>
            <w:r w:rsidR="00006600">
              <w:rPr>
                <w:b/>
                <w:color w:val="0B2545"/>
                <w:sz w:val="18"/>
              </w:rPr>
              <w:t xml:space="preserve">  </w:t>
            </w:r>
            <w:r w:rsidR="00006600">
              <w:rPr>
                <w:b/>
                <w:color w:val="0B254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puede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adjuntar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orden</w:t>
            </w:r>
            <w:proofErr w:type="spellEnd"/>
            <w:r>
              <w:rPr>
                <w:sz w:val="18"/>
              </w:rPr>
              <w:t xml:space="preserve"> de compra.</w:t>
            </w:r>
          </w:p>
        </w:tc>
      </w:tr>
      <w:tr w:rsidR="00F10955" w14:paraId="5DD4127B" w14:textId="77777777" w:rsidTr="002619ED">
        <w:trPr>
          <w:cantSplit/>
        </w:trPr>
        <w:tc>
          <w:tcPr>
            <w:tcW w:w="141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146C7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A2F766F" w14:textId="6BA43166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PASO</w:t>
            </w:r>
            <w:r w:rsidR="002619ED">
              <w:rPr>
                <w:b/>
                <w:color w:val="FFFFFF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90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9DF7D3C" w14:textId="77777777" w:rsidR="00F10955" w:rsidRDefault="00000000">
            <w:pPr>
              <w:spacing w:after="0" w:line="240" w:lineRule="auto"/>
            </w:pPr>
            <w:r>
              <w:rPr>
                <w:sz w:val="18"/>
              </w:rPr>
              <w:t>Contabilidad validará el pago y se enviarán la factura y la confirmación de cupos.</w:t>
            </w:r>
          </w:p>
        </w:tc>
      </w:tr>
      <w:tr w:rsidR="00F10955" w14:paraId="7889D9E0" w14:textId="77777777" w:rsidTr="002619ED">
        <w:trPr>
          <w:cantSplit/>
        </w:trPr>
        <w:tc>
          <w:tcPr>
            <w:tcW w:w="141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146C7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2BD5CE8E" w14:textId="7205B6D3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PASO</w:t>
            </w:r>
            <w:r w:rsidR="002619ED">
              <w:rPr>
                <w:b/>
                <w:color w:val="FFFFFF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90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461D735" w14:textId="672F7BBB" w:rsidR="00F10955" w:rsidRDefault="00000000">
            <w:pPr>
              <w:spacing w:after="0" w:line="240" w:lineRule="auto"/>
            </w:pPr>
            <w:r>
              <w:rPr>
                <w:sz w:val="18"/>
              </w:rPr>
              <w:t xml:space="preserve">Dentro de un máximo de </w:t>
            </w:r>
            <w:r w:rsidR="0087065A">
              <w:rPr>
                <w:sz w:val="18"/>
              </w:rPr>
              <w:t>24</w:t>
            </w:r>
            <w:r>
              <w:rPr>
                <w:sz w:val="18"/>
              </w:rPr>
              <w:t xml:space="preserve"> </w:t>
            </w:r>
            <w:proofErr w:type="gramStart"/>
            <w:r w:rsidR="0087065A">
              <w:rPr>
                <w:sz w:val="18"/>
              </w:rPr>
              <w:t>horas</w:t>
            </w:r>
            <w:r>
              <w:rPr>
                <w:sz w:val="18"/>
              </w:rPr>
              <w:t xml:space="preserve">  desde</w:t>
            </w:r>
            <w:proofErr w:type="gramEnd"/>
            <w:r>
              <w:rPr>
                <w:sz w:val="18"/>
              </w:rPr>
              <w:t xml:space="preserve"> la confirmación se enviará un QR individual a cada participante.</w:t>
            </w:r>
          </w:p>
        </w:tc>
      </w:tr>
      <w:tr w:rsidR="00F10955" w14:paraId="18D548E4" w14:textId="77777777" w:rsidTr="002619ED">
        <w:trPr>
          <w:cantSplit/>
        </w:trPr>
        <w:tc>
          <w:tcPr>
            <w:tcW w:w="1418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146C7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5B786D78" w14:textId="203E1FEA" w:rsidR="00F10955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PASO</w:t>
            </w:r>
            <w:r w:rsidR="002619ED">
              <w:rPr>
                <w:b/>
                <w:color w:val="FFFFFF"/>
                <w:sz w:val="16"/>
              </w:rPr>
              <w:t xml:space="preserve"> </w:t>
            </w:r>
            <w:r>
              <w:rPr>
                <w:b/>
                <w:color w:val="FFFFFF"/>
                <w:sz w:val="16"/>
              </w:rPr>
              <w:t>6</w:t>
            </w:r>
          </w:p>
        </w:tc>
        <w:tc>
          <w:tcPr>
            <w:tcW w:w="9092" w:type="dxa"/>
            <w:tcBorders>
              <w:top w:val="single" w:sz="6" w:space="0" w:color="D7E0E5"/>
              <w:left w:val="single" w:sz="6" w:space="0" w:color="D7E0E5"/>
              <w:bottom w:val="single" w:sz="6" w:space="0" w:color="D7E0E5"/>
              <w:right w:val="single" w:sz="6" w:space="0" w:color="D7E0E5"/>
            </w:tcBorders>
            <w:shd w:val="clear" w:color="auto" w:fill="F3F5F7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360C819E" w14:textId="77777777" w:rsidR="00F10955" w:rsidRDefault="00000000">
            <w:pPr>
              <w:spacing w:after="0" w:line="240" w:lineRule="auto"/>
            </w:pPr>
            <w:r>
              <w:rPr>
                <w:sz w:val="18"/>
              </w:rPr>
              <w:t>En el evento, cada participante presentará su QR una sola vez y recibirá la pulsera correspondiente a su acceso.</w:t>
            </w:r>
          </w:p>
        </w:tc>
      </w:tr>
      <w:tr w:rsidR="00F10955" w14:paraId="4F207EC8" w14:textId="77777777" w:rsidTr="00AA2A96">
        <w:trPr>
          <w:cantSplit/>
        </w:trPr>
        <w:tc>
          <w:tcPr>
            <w:tcW w:w="10510" w:type="dxa"/>
            <w:gridSpan w:val="2"/>
            <w:tcBorders>
              <w:top w:val="single" w:sz="4" w:space="0" w:color="F7F0DF"/>
              <w:left w:val="single" w:sz="4" w:space="0" w:color="F7F0DF"/>
              <w:bottom w:val="single" w:sz="4" w:space="0" w:color="F7F0DF"/>
              <w:right w:val="single" w:sz="4" w:space="0" w:color="F7F0DF"/>
            </w:tcBorders>
            <w:shd w:val="clear" w:color="auto" w:fill="F7F0D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5A1909" w14:textId="77777777" w:rsidR="00F10955" w:rsidRDefault="00000000">
            <w:pPr>
              <w:spacing w:after="40" w:line="252" w:lineRule="auto"/>
            </w:pPr>
            <w:proofErr w:type="spellStart"/>
            <w:r>
              <w:rPr>
                <w:b/>
                <w:color w:val="0B2545"/>
                <w:sz w:val="19"/>
              </w:rPr>
              <w:t>Reserva</w:t>
            </w:r>
            <w:proofErr w:type="spellEnd"/>
            <w:r>
              <w:rPr>
                <w:b/>
                <w:color w:val="0B2545"/>
                <w:sz w:val="19"/>
              </w:rPr>
              <w:t xml:space="preserve">, </w:t>
            </w:r>
            <w:proofErr w:type="spellStart"/>
            <w:r>
              <w:rPr>
                <w:b/>
                <w:color w:val="0B2545"/>
                <w:sz w:val="19"/>
              </w:rPr>
              <w:t>acreditación</w:t>
            </w:r>
            <w:proofErr w:type="spellEnd"/>
            <w:r>
              <w:rPr>
                <w:b/>
                <w:color w:val="0B2545"/>
                <w:sz w:val="19"/>
              </w:rPr>
              <w:t xml:space="preserve"> y </w:t>
            </w:r>
            <w:proofErr w:type="spellStart"/>
            <w:r>
              <w:rPr>
                <w:b/>
                <w:color w:val="0B2545"/>
                <w:sz w:val="19"/>
              </w:rPr>
              <w:t>certificación</w:t>
            </w:r>
            <w:proofErr w:type="spellEnd"/>
          </w:p>
          <w:p w14:paraId="42F15025" w14:textId="3FAABB7A" w:rsidR="002619ED" w:rsidRPr="0012175F" w:rsidRDefault="00000000" w:rsidP="0012175F">
            <w:pPr>
              <w:pStyle w:val="Prrafodelista"/>
              <w:numPr>
                <w:ilvl w:val="0"/>
                <w:numId w:val="10"/>
              </w:numPr>
              <w:spacing w:after="0"/>
              <w:rPr>
                <w:sz w:val="20"/>
                <w:szCs w:val="24"/>
              </w:rPr>
            </w:pPr>
            <w:r w:rsidRPr="0012175F">
              <w:rPr>
                <w:sz w:val="20"/>
                <w:szCs w:val="24"/>
              </w:rPr>
              <w:t xml:space="preserve">La </w:t>
            </w:r>
            <w:proofErr w:type="spellStart"/>
            <w:r w:rsidRPr="0012175F">
              <w:rPr>
                <w:sz w:val="20"/>
                <w:szCs w:val="24"/>
              </w:rPr>
              <w:t>preinscripción</w:t>
            </w:r>
            <w:proofErr w:type="spellEnd"/>
            <w:r w:rsidRPr="0012175F">
              <w:rPr>
                <w:sz w:val="20"/>
                <w:szCs w:val="24"/>
              </w:rPr>
              <w:t xml:space="preserve"> </w:t>
            </w:r>
            <w:proofErr w:type="spellStart"/>
            <w:r w:rsidRPr="0012175F">
              <w:rPr>
                <w:sz w:val="20"/>
                <w:szCs w:val="24"/>
              </w:rPr>
              <w:t>reserva</w:t>
            </w:r>
            <w:proofErr w:type="spellEnd"/>
            <w:r w:rsidRPr="0012175F">
              <w:rPr>
                <w:sz w:val="20"/>
                <w:szCs w:val="24"/>
              </w:rPr>
              <w:t xml:space="preserve"> </w:t>
            </w:r>
            <w:proofErr w:type="spellStart"/>
            <w:r w:rsidRPr="0012175F">
              <w:rPr>
                <w:sz w:val="20"/>
                <w:szCs w:val="24"/>
              </w:rPr>
              <w:t>cupos</w:t>
            </w:r>
            <w:proofErr w:type="spellEnd"/>
            <w:r w:rsidRPr="0012175F">
              <w:rPr>
                <w:sz w:val="20"/>
                <w:szCs w:val="24"/>
              </w:rPr>
              <w:t xml:space="preserve"> </w:t>
            </w:r>
            <w:proofErr w:type="spellStart"/>
            <w:r w:rsidRPr="0012175F">
              <w:rPr>
                <w:sz w:val="20"/>
                <w:szCs w:val="24"/>
              </w:rPr>
              <w:t>provisoriamente</w:t>
            </w:r>
            <w:proofErr w:type="spellEnd"/>
            <w:r w:rsidRPr="0012175F">
              <w:rPr>
                <w:sz w:val="20"/>
                <w:szCs w:val="24"/>
              </w:rPr>
              <w:t xml:space="preserve"> por tres días hábiles; la confirmación definitiva ocurre al validar el pago. </w:t>
            </w:r>
          </w:p>
          <w:p w14:paraId="74866DCD" w14:textId="0A7203D7" w:rsidR="002619ED" w:rsidRPr="0012175F" w:rsidRDefault="00000000" w:rsidP="0012175F">
            <w:pPr>
              <w:pStyle w:val="Prrafodelista"/>
              <w:numPr>
                <w:ilvl w:val="0"/>
                <w:numId w:val="10"/>
              </w:numPr>
              <w:spacing w:after="0"/>
              <w:rPr>
                <w:sz w:val="20"/>
                <w:szCs w:val="24"/>
              </w:rPr>
            </w:pPr>
            <w:r w:rsidRPr="0012175F">
              <w:rPr>
                <w:sz w:val="20"/>
                <w:szCs w:val="24"/>
              </w:rPr>
              <w:t xml:space="preserve">Una </w:t>
            </w:r>
            <w:proofErr w:type="spellStart"/>
            <w:r w:rsidRPr="0012175F">
              <w:rPr>
                <w:sz w:val="20"/>
                <w:szCs w:val="24"/>
              </w:rPr>
              <w:t>orden</w:t>
            </w:r>
            <w:proofErr w:type="spellEnd"/>
            <w:r w:rsidRPr="0012175F">
              <w:rPr>
                <w:sz w:val="20"/>
                <w:szCs w:val="24"/>
              </w:rPr>
              <w:t xml:space="preserve"> de </w:t>
            </w:r>
            <w:proofErr w:type="spellStart"/>
            <w:r w:rsidRPr="0012175F">
              <w:rPr>
                <w:sz w:val="20"/>
                <w:szCs w:val="24"/>
              </w:rPr>
              <w:t>compra</w:t>
            </w:r>
            <w:proofErr w:type="spellEnd"/>
            <w:r w:rsidRPr="0012175F">
              <w:rPr>
                <w:sz w:val="20"/>
                <w:szCs w:val="24"/>
              </w:rPr>
              <w:t xml:space="preserve"> </w:t>
            </w:r>
            <w:proofErr w:type="spellStart"/>
            <w:r w:rsidRPr="0012175F">
              <w:rPr>
                <w:sz w:val="20"/>
                <w:szCs w:val="24"/>
              </w:rPr>
              <w:t>aceptada</w:t>
            </w:r>
            <w:proofErr w:type="spellEnd"/>
            <w:r w:rsidRPr="0012175F">
              <w:rPr>
                <w:sz w:val="20"/>
                <w:szCs w:val="24"/>
              </w:rPr>
              <w:t xml:space="preserve"> </w:t>
            </w:r>
            <w:proofErr w:type="spellStart"/>
            <w:r w:rsidRPr="0012175F">
              <w:rPr>
                <w:sz w:val="20"/>
                <w:szCs w:val="24"/>
              </w:rPr>
              <w:t>suspende</w:t>
            </w:r>
            <w:proofErr w:type="spellEnd"/>
            <w:r w:rsidRPr="0012175F">
              <w:rPr>
                <w:sz w:val="20"/>
                <w:szCs w:val="24"/>
              </w:rPr>
              <w:t xml:space="preserve"> el </w:t>
            </w:r>
            <w:proofErr w:type="spellStart"/>
            <w:r w:rsidRPr="0012175F">
              <w:rPr>
                <w:sz w:val="20"/>
                <w:szCs w:val="24"/>
              </w:rPr>
              <w:t>vencimiento</w:t>
            </w:r>
            <w:proofErr w:type="spellEnd"/>
            <w:r w:rsidR="002619ED" w:rsidRPr="0012175F">
              <w:rPr>
                <w:sz w:val="20"/>
                <w:szCs w:val="24"/>
              </w:rPr>
              <w:t xml:space="preserve"> y se </w:t>
            </w:r>
            <w:proofErr w:type="spellStart"/>
            <w:r w:rsidR="002619ED" w:rsidRPr="0012175F">
              <w:rPr>
                <w:sz w:val="20"/>
                <w:szCs w:val="24"/>
              </w:rPr>
              <w:t>emitirá</w:t>
            </w:r>
            <w:proofErr w:type="spellEnd"/>
            <w:r w:rsidR="002619ED" w:rsidRPr="0012175F">
              <w:rPr>
                <w:sz w:val="20"/>
                <w:szCs w:val="24"/>
              </w:rPr>
              <w:t xml:space="preserve"> la factura para posterior </w:t>
            </w:r>
            <w:proofErr w:type="spellStart"/>
            <w:r w:rsidR="002619ED" w:rsidRPr="0012175F">
              <w:rPr>
                <w:sz w:val="20"/>
                <w:szCs w:val="24"/>
              </w:rPr>
              <w:t>pago</w:t>
            </w:r>
            <w:proofErr w:type="spellEnd"/>
            <w:r w:rsidR="002619ED" w:rsidRPr="0012175F">
              <w:rPr>
                <w:sz w:val="20"/>
                <w:szCs w:val="24"/>
              </w:rPr>
              <w:t xml:space="preserve">. </w:t>
            </w:r>
          </w:p>
          <w:p w14:paraId="7D365460" w14:textId="77777777" w:rsidR="002619ED" w:rsidRPr="0012175F" w:rsidRDefault="00000000" w:rsidP="0012175F">
            <w:pPr>
              <w:pStyle w:val="Prrafodelista"/>
              <w:numPr>
                <w:ilvl w:val="0"/>
                <w:numId w:val="10"/>
              </w:numPr>
              <w:spacing w:after="0"/>
              <w:rPr>
                <w:sz w:val="20"/>
                <w:szCs w:val="24"/>
              </w:rPr>
            </w:pPr>
            <w:r w:rsidRPr="0012175F">
              <w:rPr>
                <w:sz w:val="20"/>
                <w:szCs w:val="24"/>
              </w:rPr>
              <w:t xml:space="preserve">Cada persona </w:t>
            </w:r>
            <w:proofErr w:type="spellStart"/>
            <w:r w:rsidRPr="0012175F">
              <w:rPr>
                <w:sz w:val="20"/>
                <w:szCs w:val="24"/>
              </w:rPr>
              <w:t>será</w:t>
            </w:r>
            <w:proofErr w:type="spellEnd"/>
            <w:r w:rsidRPr="0012175F">
              <w:rPr>
                <w:sz w:val="20"/>
                <w:szCs w:val="24"/>
              </w:rPr>
              <w:t xml:space="preserve"> </w:t>
            </w:r>
            <w:proofErr w:type="spellStart"/>
            <w:r w:rsidRPr="0012175F">
              <w:rPr>
                <w:sz w:val="20"/>
                <w:szCs w:val="24"/>
              </w:rPr>
              <w:t>acreditada</w:t>
            </w:r>
            <w:proofErr w:type="spellEnd"/>
            <w:r w:rsidRPr="0012175F">
              <w:rPr>
                <w:sz w:val="20"/>
                <w:szCs w:val="24"/>
              </w:rPr>
              <w:t xml:space="preserve"> </w:t>
            </w:r>
            <w:proofErr w:type="spellStart"/>
            <w:r w:rsidRPr="0012175F">
              <w:rPr>
                <w:sz w:val="20"/>
                <w:szCs w:val="24"/>
              </w:rPr>
              <w:t>una</w:t>
            </w:r>
            <w:proofErr w:type="spellEnd"/>
            <w:r w:rsidRPr="0012175F">
              <w:rPr>
                <w:sz w:val="20"/>
                <w:szCs w:val="24"/>
              </w:rPr>
              <w:t xml:space="preserve"> sola vez y recibirá una pulsera según su acceso. </w:t>
            </w:r>
          </w:p>
          <w:p w14:paraId="207F4FAE" w14:textId="2267A51F" w:rsidR="00F10955" w:rsidRDefault="00000000" w:rsidP="0012175F">
            <w:pPr>
              <w:pStyle w:val="Prrafodelista"/>
              <w:numPr>
                <w:ilvl w:val="0"/>
                <w:numId w:val="10"/>
              </w:numPr>
              <w:spacing w:after="0"/>
            </w:pPr>
            <w:r w:rsidRPr="0012175F">
              <w:rPr>
                <w:sz w:val="20"/>
                <w:szCs w:val="24"/>
              </w:rPr>
              <w:t xml:space="preserve">El </w:t>
            </w:r>
            <w:proofErr w:type="spellStart"/>
            <w:r w:rsidRPr="0012175F">
              <w:rPr>
                <w:sz w:val="20"/>
                <w:szCs w:val="24"/>
              </w:rPr>
              <w:t>certificado</w:t>
            </w:r>
            <w:proofErr w:type="spellEnd"/>
            <w:r w:rsidRPr="0012175F">
              <w:rPr>
                <w:sz w:val="20"/>
                <w:szCs w:val="24"/>
              </w:rPr>
              <w:t xml:space="preserve"> se </w:t>
            </w:r>
            <w:proofErr w:type="spellStart"/>
            <w:r w:rsidRPr="0012175F">
              <w:rPr>
                <w:sz w:val="20"/>
                <w:szCs w:val="24"/>
              </w:rPr>
              <w:t>emitirá</w:t>
            </w:r>
            <w:proofErr w:type="spellEnd"/>
            <w:r w:rsidRPr="0012175F">
              <w:rPr>
                <w:sz w:val="20"/>
                <w:szCs w:val="24"/>
              </w:rPr>
              <w:t xml:space="preserve"> </w:t>
            </w:r>
            <w:proofErr w:type="spellStart"/>
            <w:r w:rsidRPr="0012175F">
              <w:rPr>
                <w:sz w:val="20"/>
                <w:szCs w:val="24"/>
              </w:rPr>
              <w:t>según</w:t>
            </w:r>
            <w:proofErr w:type="spellEnd"/>
            <w:r w:rsidRPr="0012175F">
              <w:rPr>
                <w:sz w:val="20"/>
                <w:szCs w:val="24"/>
              </w:rPr>
              <w:t xml:space="preserve"> el tipo de entrada adquirida.</w:t>
            </w:r>
          </w:p>
        </w:tc>
      </w:tr>
    </w:tbl>
    <w:p w14:paraId="75A5BEDD" w14:textId="77777777" w:rsidR="00AA2A96" w:rsidRDefault="00AA2A96">
      <w:pPr>
        <w:spacing w:before="60" w:after="40"/>
        <w:rPr>
          <w:b/>
          <w:color w:val="146C75"/>
        </w:rPr>
      </w:pPr>
    </w:p>
    <w:p w14:paraId="2CAC9DD1" w14:textId="652C7588" w:rsidR="00F10955" w:rsidRDefault="00000000">
      <w:pPr>
        <w:spacing w:before="60" w:after="40"/>
      </w:pPr>
      <w:r>
        <w:rPr>
          <w:b/>
          <w:color w:val="146C75"/>
        </w:rPr>
        <w:t>ENVÍO Y CONSULTAS</w:t>
      </w:r>
    </w:p>
    <w:p w14:paraId="752F28A0" w14:textId="67D7EC91" w:rsidR="00F10955" w:rsidRDefault="00000000">
      <w:pPr>
        <w:spacing w:after="20"/>
        <w:rPr>
          <w:b/>
          <w:color w:val="0B2545"/>
          <w:sz w:val="18"/>
        </w:rPr>
      </w:pPr>
      <w:r>
        <w:rPr>
          <w:b/>
          <w:color w:val="0B2545"/>
          <w:sz w:val="18"/>
        </w:rPr>
        <w:t xml:space="preserve">Correo de inscripción: </w:t>
      </w:r>
      <w:hyperlink r:id="rId11" w:history="1">
        <w:r w:rsidR="002619ED" w:rsidRPr="00703714">
          <w:rPr>
            <w:rStyle w:val="Hipervnculo"/>
            <w:b/>
            <w:sz w:val="18"/>
          </w:rPr>
          <w:t>administracion@visioanctiva.cl</w:t>
        </w:r>
      </w:hyperlink>
      <w:r w:rsidR="002619ED">
        <w:rPr>
          <w:b/>
          <w:color w:val="0B2545"/>
          <w:sz w:val="18"/>
        </w:rPr>
        <w:t xml:space="preserve">  </w:t>
      </w:r>
    </w:p>
    <w:p w14:paraId="69B09677" w14:textId="77777777" w:rsidR="002619ED" w:rsidRPr="00E50BB7" w:rsidRDefault="002619ED" w:rsidP="00AA2A96">
      <w:pPr>
        <w:spacing w:after="20"/>
        <w:rPr>
          <w:sz w:val="32"/>
          <w:szCs w:val="36"/>
        </w:rPr>
      </w:pPr>
    </w:p>
    <w:p w14:paraId="4F64A32F" w14:textId="48F492CD" w:rsidR="00AA2A96" w:rsidRPr="00E50BB7" w:rsidRDefault="00000000" w:rsidP="00AA2A96">
      <w:pPr>
        <w:spacing w:after="20"/>
        <w:rPr>
          <w:sz w:val="24"/>
          <w:szCs w:val="36"/>
        </w:rPr>
      </w:pPr>
      <w:r w:rsidRPr="00E50BB7">
        <w:rPr>
          <w:sz w:val="24"/>
          <w:szCs w:val="36"/>
        </w:rPr>
        <w:t xml:space="preserve">Contacto </w:t>
      </w:r>
      <w:proofErr w:type="spellStart"/>
      <w:r w:rsidRPr="00E50BB7">
        <w:rPr>
          <w:sz w:val="24"/>
          <w:szCs w:val="36"/>
        </w:rPr>
        <w:t>administrativo</w:t>
      </w:r>
      <w:proofErr w:type="spellEnd"/>
      <w:r w:rsidRPr="00E50BB7">
        <w:rPr>
          <w:sz w:val="24"/>
          <w:szCs w:val="36"/>
        </w:rPr>
        <w:t xml:space="preserve">: Flor Vidal </w:t>
      </w:r>
      <w:proofErr w:type="gramStart"/>
      <w:r w:rsidRPr="00E50BB7">
        <w:rPr>
          <w:sz w:val="24"/>
          <w:szCs w:val="36"/>
        </w:rPr>
        <w:t>Oliva  |</w:t>
      </w:r>
      <w:proofErr w:type="gramEnd"/>
      <w:r w:rsidRPr="00E50BB7">
        <w:rPr>
          <w:sz w:val="24"/>
          <w:szCs w:val="36"/>
        </w:rPr>
        <w:t xml:space="preserve">  +56 9 5188 </w:t>
      </w:r>
      <w:proofErr w:type="gramStart"/>
      <w:r w:rsidRPr="00E50BB7">
        <w:rPr>
          <w:sz w:val="24"/>
          <w:szCs w:val="36"/>
        </w:rPr>
        <w:t>7769</w:t>
      </w:r>
      <w:r w:rsidR="00AA2A96" w:rsidRPr="00E50BB7">
        <w:rPr>
          <w:sz w:val="24"/>
          <w:szCs w:val="36"/>
        </w:rPr>
        <w:t xml:space="preserve">  |</w:t>
      </w:r>
      <w:proofErr w:type="gramEnd"/>
      <w:r w:rsidR="00AA2A96" w:rsidRPr="00E50BB7">
        <w:rPr>
          <w:sz w:val="24"/>
          <w:szCs w:val="36"/>
        </w:rPr>
        <w:t xml:space="preserve">   administracion@visionactiva.cl</w:t>
      </w:r>
    </w:p>
    <w:p w14:paraId="2D3669D4" w14:textId="62D5183D" w:rsidR="00F10955" w:rsidRDefault="00F10955">
      <w:pPr>
        <w:spacing w:after="20"/>
      </w:pPr>
    </w:p>
    <w:p w14:paraId="1B86AC7B" w14:textId="2A20BCB6" w:rsidR="00F10955" w:rsidRDefault="00000000">
      <w:pPr>
        <w:spacing w:after="0"/>
        <w:rPr>
          <w:sz w:val="18"/>
        </w:rPr>
      </w:pPr>
      <w:r>
        <w:rPr>
          <w:sz w:val="18"/>
        </w:rPr>
        <w:t>Sitio web</w:t>
      </w:r>
      <w:r w:rsidR="00AA2A96">
        <w:rPr>
          <w:sz w:val="18"/>
        </w:rPr>
        <w:t xml:space="preserve"> del </w:t>
      </w:r>
      <w:proofErr w:type="spellStart"/>
      <w:r w:rsidR="00AA2A96">
        <w:rPr>
          <w:sz w:val="18"/>
        </w:rPr>
        <w:t>Evento</w:t>
      </w:r>
      <w:proofErr w:type="spellEnd"/>
      <w:r>
        <w:rPr>
          <w:sz w:val="18"/>
        </w:rPr>
        <w:t xml:space="preserve">: </w:t>
      </w:r>
      <w:hyperlink r:id="rId12" w:history="1">
        <w:r w:rsidR="00AA2A96" w:rsidRPr="0090009A">
          <w:rPr>
            <w:rStyle w:val="Hipervnculo"/>
            <w:sz w:val="18"/>
          </w:rPr>
          <w:t>www.liderazgoescolar.cl</w:t>
        </w:r>
      </w:hyperlink>
    </w:p>
    <w:p w14:paraId="649FD638" w14:textId="77777777" w:rsidR="00AA2A96" w:rsidRDefault="00AA2A96">
      <w:pPr>
        <w:spacing w:after="0"/>
      </w:pPr>
    </w:p>
    <w:sectPr w:rsidR="00AA2A96" w:rsidSect="00034616">
      <w:pgSz w:w="12240" w:h="15840"/>
      <w:pgMar w:top="893" w:right="936" w:bottom="835" w:left="936" w:header="317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61E3C0" w14:textId="77777777" w:rsidR="00F723C2" w:rsidRDefault="00F723C2">
      <w:pPr>
        <w:spacing w:after="0" w:line="240" w:lineRule="auto"/>
      </w:pPr>
      <w:r>
        <w:separator/>
      </w:r>
    </w:p>
  </w:endnote>
  <w:endnote w:type="continuationSeparator" w:id="0">
    <w:p w14:paraId="655C78DC" w14:textId="77777777" w:rsidR="00F723C2" w:rsidRDefault="00F72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4CAF38" w14:textId="77777777" w:rsidR="00F10955" w:rsidRDefault="00000000">
    <w:pPr>
      <w:pStyle w:val="Piedepgina"/>
      <w:spacing w:line="259" w:lineRule="auto"/>
      <w:jc w:val="center"/>
    </w:pPr>
    <w:proofErr w:type="gramStart"/>
    <w:r>
      <w:rPr>
        <w:color w:val="5D6870"/>
        <w:sz w:val="16"/>
      </w:rPr>
      <w:t>liderazgoescolar.cl  |</w:t>
    </w:r>
    <w:proofErr w:type="gramEnd"/>
    <w:r>
      <w:rPr>
        <w:color w:val="5D6870"/>
        <w:sz w:val="16"/>
      </w:rPr>
      <w:t xml:space="preserve">  </w:t>
    </w:r>
    <w:proofErr w:type="gramStart"/>
    <w:r>
      <w:rPr>
        <w:color w:val="5D6870"/>
        <w:sz w:val="16"/>
      </w:rPr>
      <w:t>formacion@liderazgoescolar.org  |</w:t>
    </w:r>
    <w:proofErr w:type="gramEnd"/>
    <w:r>
      <w:rPr>
        <w:color w:val="5D6870"/>
        <w:sz w:val="16"/>
      </w:rPr>
      <w:t xml:space="preserve">  Página </w:t>
    </w:r>
    <w:r>
      <w:rPr>
        <w:color w:val="5D6870"/>
        <w:sz w:val="16"/>
      </w:rPr>
      <w:fldChar w:fldCharType="begin"/>
    </w:r>
    <w:r>
      <w:rPr>
        <w:color w:val="5D6870"/>
        <w:sz w:val="16"/>
      </w:rPr>
      <w:instrText xml:space="preserve"> PAGE </w:instrText>
    </w:r>
    <w:r>
      <w:rPr>
        <w:color w:val="5D6870"/>
        <w:sz w:val="16"/>
      </w:rPr>
      <w:fldChar w:fldCharType="separate"/>
    </w:r>
    <w:r w:rsidR="00AA2A96">
      <w:rPr>
        <w:noProof/>
        <w:color w:val="5D6870"/>
        <w:sz w:val="16"/>
      </w:rPr>
      <w:t>1</w:t>
    </w:r>
    <w:r>
      <w:rPr>
        <w:color w:val="5D687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A406D7" w14:textId="77777777" w:rsidR="00F723C2" w:rsidRDefault="00F723C2">
      <w:pPr>
        <w:spacing w:after="0" w:line="240" w:lineRule="auto"/>
      </w:pPr>
      <w:r>
        <w:separator/>
      </w:r>
    </w:p>
  </w:footnote>
  <w:footnote w:type="continuationSeparator" w:id="0">
    <w:p w14:paraId="7D1555FB" w14:textId="77777777" w:rsidR="00F723C2" w:rsidRDefault="00F72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4606BF" w14:textId="77777777" w:rsidR="00F10955" w:rsidRDefault="00F10955">
    <w:pPr>
      <w:pStyle w:val="Encabezado"/>
      <w:spacing w:line="259" w:lineRule="auto"/>
    </w:pPr>
  </w:p>
  <w:tbl>
    <w:tblPr>
      <w:tblW w:w="10368" w:type="dxa"/>
      <w:tblLayout w:type="fixed"/>
      <w:tblLook w:val="04A0" w:firstRow="1" w:lastRow="0" w:firstColumn="1" w:lastColumn="0" w:noHBand="0" w:noVBand="1"/>
    </w:tblPr>
    <w:tblGrid>
      <w:gridCol w:w="6552"/>
      <w:gridCol w:w="3816"/>
    </w:tblGrid>
    <w:tr w:rsidR="00F10955" w14:paraId="431BEFCB" w14:textId="77777777">
      <w:tc>
        <w:tcPr>
          <w:tcW w:w="6552" w:type="dxa"/>
          <w:tcBorders>
            <w:top w:val="nil"/>
            <w:left w:val="nil"/>
            <w:bottom w:val="nil"/>
            <w:right w:val="nil"/>
          </w:tcBorders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507D9804" w14:textId="77777777" w:rsidR="00F10955" w:rsidRDefault="00000000">
          <w:pPr>
            <w:spacing w:after="0"/>
          </w:pPr>
          <w:r>
            <w:rPr>
              <w:noProof/>
            </w:rPr>
            <w:drawing>
              <wp:inline distT="0" distB="0" distL="0" distR="0" wp14:anchorId="0D9004F1" wp14:editId="691A36B7">
                <wp:extent cx="2084831" cy="844791"/>
                <wp:effectExtent l="0" t="0" r="0" b="0"/>
                <wp:docPr id="1" name="Picture 1" descr="Logotipo de la Corporación Liderazgo y Calidad Educacio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rporacion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4831" cy="844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16" w:type="dxa"/>
          <w:tcBorders>
            <w:top w:val="nil"/>
            <w:left w:val="nil"/>
            <w:bottom w:val="nil"/>
            <w:right w:val="nil"/>
          </w:tcBorders>
          <w:tcMar>
            <w:top w:w="90" w:type="dxa"/>
            <w:left w:w="120" w:type="dxa"/>
            <w:bottom w:w="90" w:type="dxa"/>
            <w:right w:w="120" w:type="dxa"/>
          </w:tcMar>
          <w:vAlign w:val="center"/>
        </w:tcPr>
        <w:p w14:paraId="7D3DB37E" w14:textId="77777777" w:rsidR="00F10955" w:rsidRDefault="00000000">
          <w:pPr>
            <w:spacing w:after="0"/>
            <w:jc w:val="right"/>
          </w:pPr>
          <w:r>
            <w:rPr>
              <w:noProof/>
            </w:rPr>
            <w:drawing>
              <wp:inline distT="0" distB="0" distL="0" distR="0" wp14:anchorId="2DB1E7EB" wp14:editId="1D1AE941">
                <wp:extent cx="1389888" cy="351870"/>
                <wp:effectExtent l="0" t="0" r="0" b="0"/>
                <wp:docPr id="2" name="Picture 2" descr="Registro ATE del Ministerio de Educació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gistro_at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9888" cy="351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870334"/>
    <w:multiLevelType w:val="hybridMultilevel"/>
    <w:tmpl w:val="FD4ACC0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241143">
    <w:abstractNumId w:val="8"/>
  </w:num>
  <w:num w:numId="2" w16cid:durableId="1875918102">
    <w:abstractNumId w:val="6"/>
  </w:num>
  <w:num w:numId="3" w16cid:durableId="1916470536">
    <w:abstractNumId w:val="5"/>
  </w:num>
  <w:num w:numId="4" w16cid:durableId="1469592231">
    <w:abstractNumId w:val="4"/>
  </w:num>
  <w:num w:numId="5" w16cid:durableId="335496820">
    <w:abstractNumId w:val="7"/>
  </w:num>
  <w:num w:numId="6" w16cid:durableId="1045445798">
    <w:abstractNumId w:val="3"/>
  </w:num>
  <w:num w:numId="7" w16cid:durableId="674646759">
    <w:abstractNumId w:val="2"/>
  </w:num>
  <w:num w:numId="8" w16cid:durableId="283194340">
    <w:abstractNumId w:val="1"/>
  </w:num>
  <w:num w:numId="9" w16cid:durableId="568416907">
    <w:abstractNumId w:val="0"/>
  </w:num>
  <w:num w:numId="10" w16cid:durableId="194190750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600"/>
    <w:rsid w:val="00034616"/>
    <w:rsid w:val="0006063C"/>
    <w:rsid w:val="00070136"/>
    <w:rsid w:val="0012175F"/>
    <w:rsid w:val="0015074B"/>
    <w:rsid w:val="002619ED"/>
    <w:rsid w:val="0029639D"/>
    <w:rsid w:val="00326F90"/>
    <w:rsid w:val="0033205C"/>
    <w:rsid w:val="005D5066"/>
    <w:rsid w:val="0087065A"/>
    <w:rsid w:val="0087255F"/>
    <w:rsid w:val="00A36851"/>
    <w:rsid w:val="00AA1D8D"/>
    <w:rsid w:val="00AA2A96"/>
    <w:rsid w:val="00B47730"/>
    <w:rsid w:val="00B73E23"/>
    <w:rsid w:val="00CB0664"/>
    <w:rsid w:val="00CF5281"/>
    <w:rsid w:val="00DD68B1"/>
    <w:rsid w:val="00E50BB7"/>
    <w:rsid w:val="00E670B2"/>
    <w:rsid w:val="00F10955"/>
    <w:rsid w:val="00F723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A1186D"/>
  <w14:defaultImageDpi w14:val="300"/>
  <w15:docId w15:val="{B4CFA925-FB37-8D4E-8799-98505F9E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Calibri" w:hAnsi="Calibri"/>
      <w:color w:val="1C2328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B2545"/>
      <w:sz w:val="25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/>
      <w:b/>
      <w:bCs/>
      <w:color w:val="146C75"/>
      <w:sz w:val="2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/>
      <w:b/>
      <w:bCs/>
      <w:color w:val="0B254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AA2A9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A2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iderazgoescolar.c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inistracion@visioanctiva.c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dministracion@visioanctiva.c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585</Words>
  <Characters>3218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Ficha de inscripción - Seminario Internacional Liderar la Calidad Educativa</vt:lpstr>
      <vt:lpstr/>
    </vt:vector>
  </TitlesOfParts>
  <Manager/>
  <Company/>
  <LinksUpToDate>false</LinksUpToDate>
  <CharactersWithSpaces>3796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inscripción - Seminario Internacional Liderar la Calidad Educativa</dc:title>
  <dc:subject>Inscripción institucional, pago y emisión de credenciales</dc:subject>
  <dc:creator>Corporación Liderazgo y Calidad Educacional</dc:creator>
  <cp:keywords/>
  <dc:description>generated by python-docx</dc:description>
  <cp:lastModifiedBy>Pablo Rodriguez Araneda</cp:lastModifiedBy>
  <cp:revision>3</cp:revision>
  <dcterms:created xsi:type="dcterms:W3CDTF">2026-11-04T19:58:00Z</dcterms:created>
  <dcterms:modified xsi:type="dcterms:W3CDTF">2026-11-04T21:08:00Z</dcterms:modified>
  <cp:category/>
</cp:coreProperties>
</file>